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F5981" w14:textId="77777777" w:rsidR="00436E4C" w:rsidRDefault="00F70D31">
      <w:pPr>
        <w:pStyle w:val="aa"/>
        <w:jc w:val="center"/>
        <w:rPr>
          <w:lang w:eastAsia="ja-JP"/>
        </w:rPr>
      </w:pPr>
      <w:r>
        <w:rPr>
          <w:lang w:eastAsia="ja-JP"/>
        </w:rPr>
        <w:t>ものコレ試作チャレンジ支援金</w:t>
      </w:r>
      <w:r>
        <w:rPr>
          <w:lang w:eastAsia="ja-JP"/>
        </w:rPr>
        <w:br/>
      </w:r>
      <w:r>
        <w:rPr>
          <w:lang w:eastAsia="ja-JP"/>
        </w:rPr>
        <w:t>交付申請書兼誓約書（様式</w:t>
      </w:r>
      <w:r>
        <w:rPr>
          <w:lang w:eastAsia="ja-JP"/>
        </w:rPr>
        <w:t>1</w:t>
      </w:r>
      <w:r>
        <w:rPr>
          <w:lang w:eastAsia="ja-JP"/>
        </w:rPr>
        <w:t>）</w:t>
      </w:r>
    </w:p>
    <w:p w14:paraId="7C5981D3" w14:textId="77777777" w:rsidR="00436E4C" w:rsidRDefault="00F70D31">
      <w:pPr>
        <w:jc w:val="right"/>
      </w:pPr>
      <w:r>
        <w:rPr>
          <w:b/>
        </w:rPr>
        <w:t>申請日：2026年　　月　　日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10190"/>
      </w:tblGrid>
      <w:tr w:rsidR="00436E4C" w14:paraId="10C48203" w14:textId="77777777">
        <w:trPr>
          <w:jc w:val="center"/>
        </w:trPr>
        <w:tc>
          <w:tcPr>
            <w:tcW w:w="10200" w:type="dxa"/>
            <w:shd w:val="clear" w:color="auto" w:fill="EAF4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0D6854C" w14:textId="77777777" w:rsidR="00436E4C" w:rsidRDefault="00F70D31">
            <w:r>
              <w:rPr>
                <w:sz w:val="17"/>
                <w:lang w:eastAsia="ja-JP"/>
              </w:rPr>
              <w:t>【提出前にご確認ください】　本申請書は、交付要綱、募集案内及び対象経費の取扱いを確認の上、申請者本人又は申請法人の権限ある者が作成してください。採択通知のみでは発注・契約を開始できません。</w:t>
            </w:r>
            <w:proofErr w:type="spellStart"/>
            <w:r>
              <w:rPr>
                <w:sz w:val="17"/>
              </w:rPr>
              <w:t>交付決定日以後の発注・契約が対象です</w:t>
            </w:r>
            <w:proofErr w:type="spellEnd"/>
            <w:r>
              <w:rPr>
                <w:sz w:val="17"/>
              </w:rPr>
              <w:t>。</w:t>
            </w:r>
          </w:p>
        </w:tc>
      </w:tr>
    </w:tbl>
    <w:p w14:paraId="5DBC78EA" w14:textId="77777777" w:rsidR="00436E4C" w:rsidRDefault="00F70D31">
      <w:pPr>
        <w:pStyle w:val="1"/>
      </w:pPr>
      <w:r>
        <w:t>1</w:t>
      </w:r>
      <w:r>
        <w:t xml:space="preserve">　申請者情報</w:t>
      </w:r>
    </w:p>
    <w:tbl>
      <w:tblPr>
        <w:tblStyle w:val="af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6865"/>
      </w:tblGrid>
      <w:tr w:rsidR="00436E4C" w14:paraId="69B13854" w14:textId="77777777" w:rsidTr="00BF30A1">
        <w:trPr>
          <w:cantSplit/>
          <w:jc w:val="center"/>
        </w:trPr>
        <w:tc>
          <w:tcPr>
            <w:tcW w:w="2547" w:type="dxa"/>
            <w:shd w:val="clear" w:color="auto" w:fill="DDED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77A252" w14:textId="77777777" w:rsidR="00436E4C" w:rsidRDefault="00F70D31">
            <w:proofErr w:type="spellStart"/>
            <w:r>
              <w:rPr>
                <w:b/>
                <w:sz w:val="17"/>
              </w:rPr>
              <w:t>申請区分</w:t>
            </w:r>
            <w:proofErr w:type="spellEnd"/>
          </w:p>
        </w:tc>
        <w:tc>
          <w:tcPr>
            <w:tcW w:w="686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9ADA2F" w14:textId="77777777" w:rsidR="00436E4C" w:rsidRDefault="00F70D31">
            <w:pPr>
              <w:rPr>
                <w:lang w:eastAsia="ja-JP"/>
              </w:rPr>
            </w:pPr>
            <w:r>
              <w:rPr>
                <w:color w:val="5F5F5F"/>
                <w:sz w:val="17"/>
                <w:lang w:eastAsia="ja-JP"/>
              </w:rPr>
              <w:t>☐ 法人　☐ 個人　☐ 法人化前チーム</w:t>
            </w:r>
          </w:p>
        </w:tc>
      </w:tr>
      <w:tr w:rsidR="00436E4C" w14:paraId="5A5B389A" w14:textId="77777777" w:rsidTr="00BF30A1">
        <w:trPr>
          <w:cantSplit/>
          <w:jc w:val="center"/>
        </w:trPr>
        <w:tc>
          <w:tcPr>
            <w:tcW w:w="2547" w:type="dxa"/>
            <w:shd w:val="clear" w:color="auto" w:fill="DDED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CAE700" w14:textId="77777777" w:rsidR="00436E4C" w:rsidRDefault="00F70D31">
            <w:pPr>
              <w:rPr>
                <w:lang w:eastAsia="ja-JP"/>
              </w:rPr>
            </w:pPr>
            <w:r>
              <w:rPr>
                <w:b/>
                <w:sz w:val="17"/>
                <w:lang w:eastAsia="ja-JP"/>
              </w:rPr>
              <w:t>法人・団体名／チーム名</w:t>
            </w:r>
          </w:p>
        </w:tc>
        <w:tc>
          <w:tcPr>
            <w:tcW w:w="686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0CC7D6" w14:textId="77777777" w:rsidR="00436E4C" w:rsidRDefault="00F70D31">
            <w:pPr>
              <w:rPr>
                <w:lang w:eastAsia="ja-JP"/>
              </w:rPr>
            </w:pPr>
            <w:r>
              <w:rPr>
                <w:color w:val="5F5F5F"/>
                <w:sz w:val="17"/>
                <w:lang w:eastAsia="ja-JP"/>
              </w:rPr>
              <w:t>正式名称：</w:t>
            </w:r>
            <w:r>
              <w:rPr>
                <w:color w:val="5F5F5F"/>
                <w:sz w:val="17"/>
                <w:lang w:eastAsia="ja-JP"/>
              </w:rPr>
              <w:br/>
              <w:t>フリガナ：</w:t>
            </w:r>
            <w:r>
              <w:rPr>
                <w:color w:val="5F5F5F"/>
                <w:sz w:val="17"/>
                <w:lang w:eastAsia="ja-JP"/>
              </w:rPr>
              <w:br/>
            </w:r>
          </w:p>
        </w:tc>
      </w:tr>
      <w:tr w:rsidR="00436E4C" w14:paraId="2E7529FD" w14:textId="77777777" w:rsidTr="00BF30A1">
        <w:trPr>
          <w:cantSplit/>
          <w:jc w:val="center"/>
        </w:trPr>
        <w:tc>
          <w:tcPr>
            <w:tcW w:w="2547" w:type="dxa"/>
            <w:shd w:val="clear" w:color="auto" w:fill="DDED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97604E" w14:textId="77777777" w:rsidR="00436E4C" w:rsidRDefault="00F70D31">
            <w:proofErr w:type="spellStart"/>
            <w:r>
              <w:rPr>
                <w:b/>
                <w:sz w:val="17"/>
              </w:rPr>
              <w:t>代表者</w:t>
            </w:r>
            <w:proofErr w:type="spellEnd"/>
          </w:p>
        </w:tc>
        <w:tc>
          <w:tcPr>
            <w:tcW w:w="686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5693E9" w14:textId="77777777" w:rsidR="00436E4C" w:rsidRDefault="00F70D31">
            <w:pPr>
              <w:rPr>
                <w:lang w:eastAsia="ja-JP"/>
              </w:rPr>
            </w:pPr>
            <w:r>
              <w:rPr>
                <w:color w:val="5F5F5F"/>
                <w:sz w:val="17"/>
                <w:lang w:eastAsia="ja-JP"/>
              </w:rPr>
              <w:t>役職：　　　　　　　　　　　　　氏名：</w:t>
            </w:r>
            <w:r>
              <w:rPr>
                <w:color w:val="5F5F5F"/>
                <w:sz w:val="17"/>
                <w:lang w:eastAsia="ja-JP"/>
              </w:rPr>
              <w:br/>
              <w:t>フリガナ：</w:t>
            </w:r>
            <w:r>
              <w:rPr>
                <w:color w:val="5F5F5F"/>
                <w:sz w:val="17"/>
                <w:lang w:eastAsia="ja-JP"/>
              </w:rPr>
              <w:br/>
            </w:r>
          </w:p>
        </w:tc>
      </w:tr>
      <w:tr w:rsidR="00436E4C" w14:paraId="2DADB0F8" w14:textId="77777777" w:rsidTr="00BF30A1">
        <w:trPr>
          <w:cantSplit/>
          <w:jc w:val="center"/>
        </w:trPr>
        <w:tc>
          <w:tcPr>
            <w:tcW w:w="2547" w:type="dxa"/>
            <w:shd w:val="clear" w:color="auto" w:fill="DDED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D8884E" w14:textId="77777777" w:rsidR="00436E4C" w:rsidRDefault="00F70D31">
            <w:proofErr w:type="spellStart"/>
            <w:r>
              <w:rPr>
                <w:b/>
                <w:sz w:val="17"/>
              </w:rPr>
              <w:t>所在地／住所</w:t>
            </w:r>
            <w:proofErr w:type="spellEnd"/>
          </w:p>
        </w:tc>
        <w:tc>
          <w:tcPr>
            <w:tcW w:w="686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F1F76C" w14:textId="77777777" w:rsidR="00436E4C" w:rsidRDefault="00F70D31">
            <w:r>
              <w:rPr>
                <w:color w:val="5F5F5F"/>
                <w:sz w:val="17"/>
              </w:rPr>
              <w:t>〒</w:t>
            </w:r>
            <w:r>
              <w:rPr>
                <w:color w:val="5F5F5F"/>
                <w:sz w:val="17"/>
              </w:rPr>
              <w:br/>
            </w:r>
          </w:p>
        </w:tc>
      </w:tr>
      <w:tr w:rsidR="00436E4C" w14:paraId="3266046B" w14:textId="77777777" w:rsidTr="00BF30A1">
        <w:trPr>
          <w:cantSplit/>
          <w:jc w:val="center"/>
        </w:trPr>
        <w:tc>
          <w:tcPr>
            <w:tcW w:w="2547" w:type="dxa"/>
            <w:shd w:val="clear" w:color="auto" w:fill="DDED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6ADF8D" w14:textId="77777777" w:rsidR="00436E4C" w:rsidRDefault="00F70D31">
            <w:r>
              <w:rPr>
                <w:b/>
                <w:sz w:val="17"/>
              </w:rPr>
              <w:t>設立・創業</w:t>
            </w:r>
          </w:p>
        </w:tc>
        <w:tc>
          <w:tcPr>
            <w:tcW w:w="686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0F0CAC" w14:textId="77777777" w:rsidR="00436E4C" w:rsidRDefault="00F70D31">
            <w:pPr>
              <w:rPr>
                <w:lang w:eastAsia="ja-JP"/>
              </w:rPr>
            </w:pPr>
            <w:r>
              <w:rPr>
                <w:color w:val="5F5F5F"/>
                <w:sz w:val="17"/>
                <w:lang w:eastAsia="ja-JP"/>
              </w:rPr>
              <w:t>設立年月：　　　　年　　月　　日　　法人番号：</w:t>
            </w:r>
            <w:r>
              <w:rPr>
                <w:color w:val="5F5F5F"/>
                <w:sz w:val="17"/>
                <w:lang w:eastAsia="ja-JP"/>
              </w:rPr>
              <w:br/>
              <w:t>法人化前の場合：法人化予定　☐ あり（予定時期：　　　年　　月）　☐ 未定</w:t>
            </w:r>
            <w:r>
              <w:rPr>
                <w:color w:val="5F5F5F"/>
                <w:sz w:val="17"/>
                <w:lang w:eastAsia="ja-JP"/>
              </w:rPr>
              <w:br/>
            </w:r>
          </w:p>
        </w:tc>
      </w:tr>
      <w:tr w:rsidR="00436E4C" w14:paraId="3FE6D71F" w14:textId="77777777" w:rsidTr="00BF30A1">
        <w:trPr>
          <w:cantSplit/>
          <w:jc w:val="center"/>
        </w:trPr>
        <w:tc>
          <w:tcPr>
            <w:tcW w:w="2547" w:type="dxa"/>
            <w:shd w:val="clear" w:color="auto" w:fill="DDED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C43FDC" w14:textId="77777777" w:rsidR="00436E4C" w:rsidRDefault="00F70D31">
            <w:proofErr w:type="spellStart"/>
            <w:r>
              <w:rPr>
                <w:b/>
                <w:sz w:val="17"/>
              </w:rPr>
              <w:t>担当者</w:t>
            </w:r>
            <w:proofErr w:type="spellEnd"/>
          </w:p>
        </w:tc>
        <w:tc>
          <w:tcPr>
            <w:tcW w:w="686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D29D3C" w14:textId="77777777" w:rsidR="00436E4C" w:rsidRDefault="00F70D31">
            <w:pPr>
              <w:rPr>
                <w:lang w:eastAsia="ja-JP"/>
              </w:rPr>
            </w:pPr>
            <w:r>
              <w:rPr>
                <w:color w:val="5F5F5F"/>
                <w:sz w:val="17"/>
                <w:lang w:eastAsia="ja-JP"/>
              </w:rPr>
              <w:t>所属・役職：　　　　　　　　　氏名：</w:t>
            </w:r>
            <w:r>
              <w:rPr>
                <w:color w:val="5F5F5F"/>
                <w:sz w:val="17"/>
                <w:lang w:eastAsia="ja-JP"/>
              </w:rPr>
              <w:br/>
              <w:t>電話：　　　　　　　　　　　　メール：</w:t>
            </w:r>
            <w:r>
              <w:rPr>
                <w:color w:val="5F5F5F"/>
                <w:sz w:val="17"/>
                <w:lang w:eastAsia="ja-JP"/>
              </w:rPr>
              <w:br/>
            </w:r>
          </w:p>
        </w:tc>
      </w:tr>
      <w:tr w:rsidR="00436E4C" w14:paraId="1CAC2D09" w14:textId="77777777" w:rsidTr="00BF30A1">
        <w:trPr>
          <w:cantSplit/>
          <w:jc w:val="center"/>
        </w:trPr>
        <w:tc>
          <w:tcPr>
            <w:tcW w:w="2547" w:type="dxa"/>
            <w:shd w:val="clear" w:color="auto" w:fill="DDED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D78F50" w14:textId="77777777" w:rsidR="00436E4C" w:rsidRDefault="00F70D31">
            <w:proofErr w:type="spellStart"/>
            <w:r>
              <w:rPr>
                <w:b/>
                <w:sz w:val="17"/>
              </w:rPr>
              <w:t>Webサイト等</w:t>
            </w:r>
            <w:proofErr w:type="spellEnd"/>
          </w:p>
        </w:tc>
        <w:tc>
          <w:tcPr>
            <w:tcW w:w="686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A1BBBE" w14:textId="77777777" w:rsidR="00436E4C" w:rsidRDefault="00F70D31">
            <w:pPr>
              <w:rPr>
                <w:lang w:eastAsia="ja-JP"/>
              </w:rPr>
            </w:pPr>
            <w:r>
              <w:rPr>
                <w:color w:val="5F5F5F"/>
                <w:sz w:val="17"/>
                <w:lang w:eastAsia="ja-JP"/>
              </w:rPr>
              <w:t>Webサイト：</w:t>
            </w:r>
            <w:r>
              <w:rPr>
                <w:color w:val="5F5F5F"/>
                <w:sz w:val="17"/>
                <w:lang w:eastAsia="ja-JP"/>
              </w:rPr>
              <w:br/>
              <w:t>SNS・サービス紹介ページ：</w:t>
            </w:r>
            <w:r>
              <w:rPr>
                <w:color w:val="5F5F5F"/>
                <w:sz w:val="17"/>
                <w:lang w:eastAsia="ja-JP"/>
              </w:rPr>
              <w:br/>
            </w:r>
          </w:p>
        </w:tc>
      </w:tr>
      <w:tr w:rsidR="00606DF1" w14:paraId="7BB9F71F" w14:textId="77777777" w:rsidTr="00BF30A1">
        <w:trPr>
          <w:cantSplit/>
          <w:jc w:val="center"/>
        </w:trPr>
        <w:tc>
          <w:tcPr>
            <w:tcW w:w="2547" w:type="dxa"/>
            <w:shd w:val="clear" w:color="auto" w:fill="DDED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A0A7C7" w14:textId="0A1A3C09" w:rsidR="00606DF1" w:rsidRDefault="00606DF1">
            <w:pPr>
              <w:rPr>
                <w:rFonts w:hint="eastAsia"/>
                <w:b/>
                <w:sz w:val="17"/>
                <w:lang w:eastAsia="ja-JP"/>
              </w:rPr>
            </w:pPr>
            <w:r>
              <w:rPr>
                <w:rFonts w:hint="eastAsia"/>
                <w:b/>
                <w:sz w:val="17"/>
                <w:lang w:eastAsia="ja-JP"/>
              </w:rPr>
              <w:t>入賞実績</w:t>
            </w:r>
            <w:r w:rsidR="00BF30A1">
              <w:rPr>
                <w:rFonts w:hint="eastAsia"/>
                <w:b/>
                <w:sz w:val="17"/>
                <w:lang w:eastAsia="ja-JP"/>
              </w:rPr>
              <w:t>（時期/受賞内容等）</w:t>
            </w:r>
          </w:p>
          <w:p w14:paraId="4FB6A731" w14:textId="3A47AFFE" w:rsidR="00606DF1" w:rsidRPr="00606DF1" w:rsidRDefault="00606DF1">
            <w:pPr>
              <w:rPr>
                <w:rFonts w:hint="eastAsia"/>
                <w:bCs/>
                <w:sz w:val="17"/>
                <w:lang w:eastAsia="ja-JP"/>
              </w:rPr>
            </w:pPr>
            <w:r w:rsidRPr="00606DF1">
              <w:rPr>
                <w:rFonts w:hint="eastAsia"/>
                <w:bCs/>
                <w:sz w:val="14"/>
                <w:szCs w:val="20"/>
                <w:lang w:eastAsia="ja-JP"/>
              </w:rPr>
              <w:t>※申請区分で法人化前チームに該当する方は必須</w:t>
            </w:r>
            <w:r w:rsidR="00BF30A1">
              <w:rPr>
                <w:rFonts w:hint="eastAsia"/>
                <w:bCs/>
                <w:sz w:val="14"/>
                <w:szCs w:val="20"/>
                <w:lang w:eastAsia="ja-JP"/>
              </w:rPr>
              <w:t>（ハッカソン名を追加記載ください）</w:t>
            </w:r>
          </w:p>
        </w:tc>
        <w:tc>
          <w:tcPr>
            <w:tcW w:w="686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C37D6D" w14:textId="77777777" w:rsidR="00606DF1" w:rsidRDefault="00606DF1">
            <w:pPr>
              <w:rPr>
                <w:color w:val="5F5F5F"/>
                <w:sz w:val="17"/>
                <w:lang w:eastAsia="ja-JP"/>
              </w:rPr>
            </w:pPr>
          </w:p>
          <w:p w14:paraId="61504235" w14:textId="77777777" w:rsidR="00606DF1" w:rsidRDefault="00606DF1">
            <w:pPr>
              <w:rPr>
                <w:color w:val="5F5F5F"/>
                <w:sz w:val="17"/>
                <w:lang w:eastAsia="ja-JP"/>
              </w:rPr>
            </w:pPr>
          </w:p>
          <w:p w14:paraId="2D38EBC7" w14:textId="77777777" w:rsidR="00606DF1" w:rsidRDefault="00606DF1">
            <w:pPr>
              <w:rPr>
                <w:rFonts w:hint="eastAsia"/>
                <w:color w:val="5F5F5F"/>
                <w:sz w:val="17"/>
                <w:lang w:eastAsia="ja-JP"/>
              </w:rPr>
            </w:pPr>
          </w:p>
        </w:tc>
      </w:tr>
    </w:tbl>
    <w:p w14:paraId="144870EA" w14:textId="200779CD" w:rsidR="00436E4C" w:rsidRDefault="00F70D31">
      <w:pPr>
        <w:pStyle w:val="1"/>
      </w:pPr>
      <w:r>
        <w:t>2</w:t>
      </w:r>
      <w:r>
        <w:t xml:space="preserve">　</w:t>
      </w:r>
      <w:proofErr w:type="spellStart"/>
      <w:r>
        <w:t>申請要件の確認</w:t>
      </w:r>
      <w:proofErr w:type="spellEnd"/>
    </w:p>
    <w:tbl>
      <w:tblPr>
        <w:tblStyle w:val="af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38"/>
        <w:gridCol w:w="1474"/>
      </w:tblGrid>
      <w:tr w:rsidR="00436E4C" w14:paraId="06EC1E8C" w14:textId="77777777" w:rsidTr="17890E92">
        <w:trPr>
          <w:jc w:val="center"/>
        </w:trPr>
        <w:tc>
          <w:tcPr>
            <w:tcW w:w="7938" w:type="dxa"/>
            <w:shd w:val="clear" w:color="auto" w:fill="1F6F7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206ECA" w14:textId="77777777" w:rsidR="00436E4C" w:rsidRDefault="00F70D31">
            <w:pPr>
              <w:jc w:val="center"/>
            </w:pPr>
            <w:r>
              <w:rPr>
                <w:b/>
                <w:color w:val="FFFFFF"/>
                <w:sz w:val="16"/>
              </w:rPr>
              <w:t>確認項目</w:t>
            </w:r>
          </w:p>
        </w:tc>
        <w:tc>
          <w:tcPr>
            <w:tcW w:w="1474" w:type="dxa"/>
            <w:shd w:val="clear" w:color="auto" w:fill="1F6F7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47148D" w14:textId="77777777" w:rsidR="00436E4C" w:rsidRDefault="00F70D31">
            <w:pPr>
              <w:jc w:val="center"/>
            </w:pPr>
            <w:r>
              <w:rPr>
                <w:b/>
                <w:color w:val="FFFFFF"/>
                <w:sz w:val="16"/>
              </w:rPr>
              <w:t>該当確認</w:t>
            </w:r>
          </w:p>
        </w:tc>
      </w:tr>
      <w:tr w:rsidR="00436E4C" w14:paraId="2CDEFEEA" w14:textId="77777777" w:rsidTr="17890E92">
        <w:trPr>
          <w:cantSplit/>
          <w:jc w:val="center"/>
        </w:trPr>
        <w:tc>
          <w:tcPr>
            <w:tcW w:w="793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5C929D" w14:textId="77777777" w:rsidR="00436E4C" w:rsidRDefault="00F70D31">
            <w:pPr>
              <w:rPr>
                <w:lang w:eastAsia="ja-JP"/>
              </w:rPr>
            </w:pPr>
            <w:r>
              <w:rPr>
                <w:sz w:val="16"/>
                <w:lang w:eastAsia="ja-JP"/>
              </w:rPr>
              <w:t>ハードウェア、ものづくり又はディープテック領域の試作開発を行う意思・実施能力を有する。</w:t>
            </w:r>
          </w:p>
        </w:tc>
        <w:tc>
          <w:tcPr>
            <w:tcW w:w="147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715BE4" w14:textId="77777777" w:rsidR="00436E4C" w:rsidRDefault="00F70D31">
            <w:pPr>
              <w:jc w:val="center"/>
            </w:pPr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はい</w:t>
            </w:r>
            <w:proofErr w:type="spellEnd"/>
          </w:p>
        </w:tc>
      </w:tr>
      <w:tr w:rsidR="00436E4C" w14:paraId="26446DC7" w14:textId="77777777" w:rsidTr="17890E92">
        <w:trPr>
          <w:cantSplit/>
          <w:jc w:val="center"/>
        </w:trPr>
        <w:tc>
          <w:tcPr>
            <w:tcW w:w="793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E61C9F" w14:textId="77777777" w:rsidR="00436E4C" w:rsidRDefault="00F70D31">
            <w:pPr>
              <w:rPr>
                <w:lang w:eastAsia="ja-JP"/>
              </w:rPr>
            </w:pPr>
            <w:r>
              <w:rPr>
                <w:sz w:val="16"/>
                <w:lang w:eastAsia="ja-JP"/>
              </w:rPr>
              <w:t>東京都内で事業を展開している、又は都内進出・拠点設置・事業連携の具体的な意向を有する。</w:t>
            </w:r>
          </w:p>
        </w:tc>
        <w:tc>
          <w:tcPr>
            <w:tcW w:w="147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E4A96B" w14:textId="77777777" w:rsidR="00436E4C" w:rsidRDefault="00F70D31">
            <w:pPr>
              <w:jc w:val="center"/>
            </w:pPr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はい</w:t>
            </w:r>
            <w:proofErr w:type="spellEnd"/>
          </w:p>
        </w:tc>
      </w:tr>
      <w:tr w:rsidR="00436E4C" w14:paraId="5A6AF598" w14:textId="77777777" w:rsidTr="17890E92">
        <w:trPr>
          <w:cantSplit/>
          <w:jc w:val="center"/>
        </w:trPr>
        <w:tc>
          <w:tcPr>
            <w:tcW w:w="793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343819" w14:textId="0ECEE9EA" w:rsidR="00436E4C" w:rsidRDefault="17890E92">
            <w:pPr>
              <w:rPr>
                <w:lang w:eastAsia="ja-JP"/>
              </w:rPr>
            </w:pPr>
            <w:r w:rsidRPr="17890E92">
              <w:rPr>
                <w:sz w:val="16"/>
                <w:szCs w:val="16"/>
                <w:lang w:eastAsia="ja-JP"/>
              </w:rPr>
              <w:lastRenderedPageBreak/>
              <w:t>対象事業を交付決定日から202</w:t>
            </w:r>
            <w:r w:rsidR="004B5623">
              <w:rPr>
                <w:rFonts w:hint="eastAsia"/>
                <w:sz w:val="16"/>
                <w:szCs w:val="16"/>
                <w:lang w:eastAsia="ja-JP"/>
              </w:rPr>
              <w:t>6</w:t>
            </w:r>
            <w:r w:rsidRPr="17890E92">
              <w:rPr>
                <w:sz w:val="16"/>
                <w:szCs w:val="16"/>
                <w:lang w:eastAsia="ja-JP"/>
              </w:rPr>
              <w:t>年12月18日までに完了できる。</w:t>
            </w:r>
          </w:p>
        </w:tc>
        <w:tc>
          <w:tcPr>
            <w:tcW w:w="147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58D187" w14:textId="77777777" w:rsidR="00436E4C" w:rsidRDefault="00F70D31">
            <w:pPr>
              <w:jc w:val="center"/>
            </w:pPr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はい</w:t>
            </w:r>
            <w:proofErr w:type="spellEnd"/>
          </w:p>
        </w:tc>
      </w:tr>
      <w:tr w:rsidR="00436E4C" w14:paraId="3C1F73C3" w14:textId="77777777" w:rsidTr="17890E92">
        <w:trPr>
          <w:cantSplit/>
          <w:jc w:val="center"/>
        </w:trPr>
        <w:tc>
          <w:tcPr>
            <w:tcW w:w="793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5CA1FB" w14:textId="77777777" w:rsidR="00436E4C" w:rsidRDefault="00F70D31">
            <w:pPr>
              <w:rPr>
                <w:lang w:eastAsia="ja-JP"/>
              </w:rPr>
            </w:pPr>
            <w:r>
              <w:rPr>
                <w:sz w:val="16"/>
                <w:lang w:eastAsia="ja-JP"/>
              </w:rPr>
              <w:t>事前相談、進捗確認、実績報告、成果確認及び必要な検査に協力できる。</w:t>
            </w:r>
          </w:p>
        </w:tc>
        <w:tc>
          <w:tcPr>
            <w:tcW w:w="147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BF0B41" w14:textId="77777777" w:rsidR="00436E4C" w:rsidRDefault="00F70D31">
            <w:pPr>
              <w:jc w:val="center"/>
            </w:pPr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はい</w:t>
            </w:r>
            <w:proofErr w:type="spellEnd"/>
          </w:p>
        </w:tc>
      </w:tr>
      <w:tr w:rsidR="00436E4C" w14:paraId="2CA48A33" w14:textId="77777777" w:rsidTr="17890E92">
        <w:trPr>
          <w:cantSplit/>
          <w:jc w:val="center"/>
        </w:trPr>
        <w:tc>
          <w:tcPr>
            <w:tcW w:w="793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A8CDB2" w14:textId="0D1F0C5B" w:rsidR="00436E4C" w:rsidRDefault="00F70D31">
            <w:pPr>
              <w:rPr>
                <w:lang w:eastAsia="ja-JP"/>
              </w:rPr>
            </w:pPr>
            <w:r>
              <w:rPr>
                <w:sz w:val="16"/>
                <w:lang w:eastAsia="ja-JP"/>
              </w:rPr>
              <w:t>交付</w:t>
            </w:r>
            <w:r w:rsidR="004B5623">
              <w:rPr>
                <w:rFonts w:hint="eastAsia"/>
                <w:sz w:val="16"/>
                <w:lang w:eastAsia="ja-JP"/>
              </w:rPr>
              <w:t>要項</w:t>
            </w:r>
            <w:r>
              <w:rPr>
                <w:sz w:val="16"/>
                <w:lang w:eastAsia="ja-JP"/>
              </w:rPr>
              <w:t>、募集案内、交付決定条件及び事務局の指示を遵守できる。</w:t>
            </w:r>
          </w:p>
        </w:tc>
        <w:tc>
          <w:tcPr>
            <w:tcW w:w="147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E7DA09" w14:textId="77777777" w:rsidR="00436E4C" w:rsidRDefault="00F70D31">
            <w:pPr>
              <w:jc w:val="center"/>
            </w:pPr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はい</w:t>
            </w:r>
            <w:proofErr w:type="spellEnd"/>
          </w:p>
        </w:tc>
      </w:tr>
    </w:tbl>
    <w:p w14:paraId="3F5694FA" w14:textId="1E3A3F96" w:rsidR="00436E4C" w:rsidRDefault="00436E4C"/>
    <w:p w14:paraId="779E1B7A" w14:textId="77777777" w:rsidR="00436E4C" w:rsidRDefault="00F70D31">
      <w:pPr>
        <w:pStyle w:val="1"/>
        <w:rPr>
          <w:lang w:eastAsia="ja-JP"/>
        </w:rPr>
      </w:pPr>
      <w:r>
        <w:rPr>
          <w:lang w:eastAsia="ja-JP"/>
        </w:rPr>
        <w:t>3</w:t>
      </w:r>
      <w:r>
        <w:rPr>
          <w:lang w:eastAsia="ja-JP"/>
        </w:rPr>
        <w:t xml:space="preserve">　試作計画</w:t>
      </w:r>
      <w:r>
        <w:rPr>
          <w:b w:val="0"/>
          <w:color w:val="5A5A5A"/>
          <w:sz w:val="16"/>
          <w:lang w:eastAsia="ja-JP"/>
        </w:rPr>
        <w:t xml:space="preserve">　簡潔かつ具体的にご記入ください。</w:t>
      </w:r>
    </w:p>
    <w:tbl>
      <w:tblPr>
        <w:tblStyle w:val="af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6974"/>
      </w:tblGrid>
      <w:tr w:rsidR="00436E4C" w14:paraId="4BD60D39" w14:textId="77777777">
        <w:trPr>
          <w:cantSplit/>
          <w:jc w:val="center"/>
        </w:trPr>
        <w:tc>
          <w:tcPr>
            <w:tcW w:w="2438" w:type="dxa"/>
            <w:shd w:val="clear" w:color="auto" w:fill="DDED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90FD4D" w14:textId="77777777" w:rsidR="00436E4C" w:rsidRDefault="00F70D31">
            <w:proofErr w:type="spellStart"/>
            <w:r>
              <w:rPr>
                <w:b/>
                <w:sz w:val="17"/>
              </w:rPr>
              <w:t>試作プロジェクト名</w:t>
            </w:r>
            <w:proofErr w:type="spellEnd"/>
          </w:p>
        </w:tc>
        <w:tc>
          <w:tcPr>
            <w:tcW w:w="69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522EB0" w14:textId="77777777" w:rsidR="00436E4C" w:rsidRDefault="00436E4C"/>
        </w:tc>
      </w:tr>
      <w:tr w:rsidR="00436E4C" w14:paraId="79DA8252" w14:textId="77777777">
        <w:trPr>
          <w:cantSplit/>
          <w:jc w:val="center"/>
        </w:trPr>
        <w:tc>
          <w:tcPr>
            <w:tcW w:w="2438" w:type="dxa"/>
            <w:shd w:val="clear" w:color="auto" w:fill="DDED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C62423" w14:textId="77777777" w:rsidR="00436E4C" w:rsidRDefault="00F70D31">
            <w:pPr>
              <w:rPr>
                <w:lang w:eastAsia="ja-JP"/>
              </w:rPr>
            </w:pPr>
            <w:r>
              <w:rPr>
                <w:b/>
                <w:sz w:val="17"/>
                <w:lang w:eastAsia="ja-JP"/>
              </w:rPr>
              <w:t>解決したい課題・背景</w:t>
            </w:r>
          </w:p>
        </w:tc>
        <w:tc>
          <w:tcPr>
            <w:tcW w:w="69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654A26" w14:textId="77777777" w:rsidR="00436E4C" w:rsidRDefault="00F70D31">
            <w:pPr>
              <w:rPr>
                <w:lang w:eastAsia="ja-JP"/>
              </w:rPr>
            </w:pPr>
            <w:r>
              <w:rPr>
                <w:color w:val="5F5F5F"/>
                <w:sz w:val="17"/>
                <w:lang w:eastAsia="ja-JP"/>
              </w:rPr>
              <w:t>誰の、どのような課題を解決する試作か。</w:t>
            </w:r>
            <w:r>
              <w:rPr>
                <w:color w:val="5F5F5F"/>
                <w:sz w:val="17"/>
                <w:lang w:eastAsia="ja-JP"/>
              </w:rPr>
              <w:br/>
            </w:r>
            <w:r>
              <w:rPr>
                <w:color w:val="5F5F5F"/>
                <w:sz w:val="17"/>
                <w:lang w:eastAsia="ja-JP"/>
              </w:rPr>
              <w:br/>
            </w:r>
          </w:p>
        </w:tc>
      </w:tr>
      <w:tr w:rsidR="00436E4C" w14:paraId="06657F88" w14:textId="77777777">
        <w:trPr>
          <w:cantSplit/>
          <w:jc w:val="center"/>
        </w:trPr>
        <w:tc>
          <w:tcPr>
            <w:tcW w:w="2438" w:type="dxa"/>
            <w:shd w:val="clear" w:color="auto" w:fill="DDED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C680EB" w14:textId="77777777" w:rsidR="00436E4C" w:rsidRDefault="00F70D31">
            <w:proofErr w:type="spellStart"/>
            <w:r>
              <w:rPr>
                <w:b/>
                <w:sz w:val="17"/>
              </w:rPr>
              <w:t>試作の概要</w:t>
            </w:r>
            <w:proofErr w:type="spellEnd"/>
          </w:p>
        </w:tc>
        <w:tc>
          <w:tcPr>
            <w:tcW w:w="69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4C9E66" w14:textId="77777777" w:rsidR="00436E4C" w:rsidRDefault="00F70D31">
            <w:pPr>
              <w:rPr>
                <w:lang w:eastAsia="ja-JP"/>
              </w:rPr>
            </w:pPr>
            <w:r>
              <w:rPr>
                <w:color w:val="5F5F5F"/>
                <w:sz w:val="17"/>
                <w:lang w:eastAsia="ja-JP"/>
              </w:rPr>
              <w:t>何を、どのような仕様・方法で試作するか。</w:t>
            </w:r>
            <w:r>
              <w:rPr>
                <w:color w:val="5F5F5F"/>
                <w:sz w:val="17"/>
                <w:lang w:eastAsia="ja-JP"/>
              </w:rPr>
              <w:br/>
            </w:r>
            <w:r>
              <w:rPr>
                <w:color w:val="5F5F5F"/>
                <w:sz w:val="17"/>
                <w:lang w:eastAsia="ja-JP"/>
              </w:rPr>
              <w:br/>
            </w:r>
            <w:r>
              <w:rPr>
                <w:color w:val="5F5F5F"/>
                <w:sz w:val="17"/>
                <w:lang w:eastAsia="ja-JP"/>
              </w:rPr>
              <w:br/>
            </w:r>
          </w:p>
        </w:tc>
      </w:tr>
      <w:tr w:rsidR="00436E4C" w14:paraId="3D97A6BA" w14:textId="77777777">
        <w:trPr>
          <w:cantSplit/>
          <w:jc w:val="center"/>
        </w:trPr>
        <w:tc>
          <w:tcPr>
            <w:tcW w:w="2438" w:type="dxa"/>
            <w:shd w:val="clear" w:color="auto" w:fill="DDED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DA3B07" w14:textId="77777777" w:rsidR="00436E4C" w:rsidRDefault="00F70D31">
            <w:proofErr w:type="spellStart"/>
            <w:r>
              <w:rPr>
                <w:b/>
                <w:sz w:val="17"/>
              </w:rPr>
              <w:t>到達目標・成果物</w:t>
            </w:r>
            <w:proofErr w:type="spellEnd"/>
          </w:p>
        </w:tc>
        <w:tc>
          <w:tcPr>
            <w:tcW w:w="69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176558" w14:textId="77777777" w:rsidR="00436E4C" w:rsidRDefault="00F70D31">
            <w:pPr>
              <w:rPr>
                <w:lang w:eastAsia="ja-JP"/>
              </w:rPr>
            </w:pPr>
            <w:r>
              <w:rPr>
                <w:color w:val="5F5F5F"/>
                <w:sz w:val="17"/>
                <w:lang w:eastAsia="ja-JP"/>
              </w:rPr>
              <w:t>対象期間内にどこまで完成させ、何を成果物として提出するか。</w:t>
            </w:r>
            <w:r>
              <w:rPr>
                <w:color w:val="5F5F5F"/>
                <w:sz w:val="17"/>
                <w:lang w:eastAsia="ja-JP"/>
              </w:rPr>
              <w:br/>
            </w:r>
            <w:r>
              <w:rPr>
                <w:color w:val="5F5F5F"/>
                <w:sz w:val="17"/>
                <w:lang w:eastAsia="ja-JP"/>
              </w:rPr>
              <w:br/>
            </w:r>
          </w:p>
        </w:tc>
      </w:tr>
      <w:tr w:rsidR="00436E4C" w14:paraId="5ECBF846" w14:textId="77777777">
        <w:trPr>
          <w:cantSplit/>
          <w:jc w:val="center"/>
        </w:trPr>
        <w:tc>
          <w:tcPr>
            <w:tcW w:w="2438" w:type="dxa"/>
            <w:shd w:val="clear" w:color="auto" w:fill="DDED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C03184" w14:textId="77777777" w:rsidR="00436E4C" w:rsidRDefault="00F70D31">
            <w:proofErr w:type="spellStart"/>
            <w:r>
              <w:rPr>
                <w:b/>
                <w:sz w:val="17"/>
              </w:rPr>
              <w:t>ものコレ資源の活用</w:t>
            </w:r>
            <w:proofErr w:type="spellEnd"/>
          </w:p>
        </w:tc>
        <w:tc>
          <w:tcPr>
            <w:tcW w:w="69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38596F" w14:textId="77777777" w:rsidR="00436E4C" w:rsidRDefault="00F70D31">
            <w:pPr>
              <w:rPr>
                <w:lang w:eastAsia="ja-JP"/>
              </w:rPr>
            </w:pPr>
            <w:r>
              <w:rPr>
                <w:color w:val="5F5F5F"/>
                <w:sz w:val="17"/>
                <w:lang w:eastAsia="ja-JP"/>
              </w:rPr>
              <w:t>町工場、試作エンジニア、機器共用、専門家等の活用予定。活用先が未定の場合は必要な支援内容。</w:t>
            </w:r>
            <w:r>
              <w:rPr>
                <w:color w:val="5F5F5F"/>
                <w:sz w:val="17"/>
                <w:lang w:eastAsia="ja-JP"/>
              </w:rPr>
              <w:br/>
            </w:r>
            <w:r>
              <w:rPr>
                <w:color w:val="5F5F5F"/>
                <w:sz w:val="17"/>
                <w:lang w:eastAsia="ja-JP"/>
              </w:rPr>
              <w:br/>
            </w:r>
          </w:p>
        </w:tc>
      </w:tr>
      <w:tr w:rsidR="00436E4C" w14:paraId="71111527" w14:textId="77777777">
        <w:trPr>
          <w:cantSplit/>
          <w:jc w:val="center"/>
        </w:trPr>
        <w:tc>
          <w:tcPr>
            <w:tcW w:w="2438" w:type="dxa"/>
            <w:shd w:val="clear" w:color="auto" w:fill="DDED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00867F" w14:textId="77777777" w:rsidR="00436E4C" w:rsidRDefault="00F70D31">
            <w:proofErr w:type="spellStart"/>
            <w:r>
              <w:rPr>
                <w:b/>
                <w:sz w:val="17"/>
              </w:rPr>
              <w:t>東京都との関係</w:t>
            </w:r>
            <w:proofErr w:type="spellEnd"/>
          </w:p>
        </w:tc>
        <w:tc>
          <w:tcPr>
            <w:tcW w:w="69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3493A5" w14:textId="77777777" w:rsidR="00436E4C" w:rsidRDefault="00F70D31">
            <w:pPr>
              <w:rPr>
                <w:lang w:eastAsia="ja-JP"/>
              </w:rPr>
            </w:pPr>
            <w:r>
              <w:rPr>
                <w:color w:val="5F5F5F"/>
                <w:sz w:val="17"/>
                <w:lang w:eastAsia="ja-JP"/>
              </w:rPr>
              <w:t>都内の事業拠点・連携先、又は都内進出・拠点設置・事業連携の計画。</w:t>
            </w:r>
            <w:r>
              <w:rPr>
                <w:color w:val="5F5F5F"/>
                <w:sz w:val="17"/>
                <w:lang w:eastAsia="ja-JP"/>
              </w:rPr>
              <w:br/>
            </w:r>
          </w:p>
        </w:tc>
      </w:tr>
    </w:tbl>
    <w:p w14:paraId="37656EE2" w14:textId="77777777" w:rsidR="00436E4C" w:rsidRDefault="00F70D31">
      <w:pPr>
        <w:pStyle w:val="1"/>
      </w:pPr>
      <w:r>
        <w:t>4</w:t>
      </w:r>
      <w:r>
        <w:t xml:space="preserve">　</w:t>
      </w:r>
      <w:proofErr w:type="spellStart"/>
      <w:r>
        <w:t>実施スケジュール</w:t>
      </w:r>
      <w:proofErr w:type="spellEnd"/>
    </w:p>
    <w:tbl>
      <w:tblPr>
        <w:tblStyle w:val="af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31"/>
        <w:gridCol w:w="4520"/>
      </w:tblGrid>
      <w:tr w:rsidR="002F6C28" w14:paraId="54B826CD" w14:textId="77777777" w:rsidTr="002F6C28">
        <w:trPr>
          <w:tblHeader/>
          <w:jc w:val="center"/>
        </w:trPr>
        <w:tc>
          <w:tcPr>
            <w:tcW w:w="4831" w:type="dxa"/>
            <w:shd w:val="clear" w:color="auto" w:fill="1F6F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5B955D" w14:textId="77777777" w:rsidR="002F6C28" w:rsidRDefault="002F6C28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時期</w:t>
            </w:r>
            <w:proofErr w:type="spellEnd"/>
          </w:p>
        </w:tc>
        <w:tc>
          <w:tcPr>
            <w:tcW w:w="4520" w:type="dxa"/>
            <w:shd w:val="clear" w:color="auto" w:fill="1F6F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7DF2A4" w14:textId="77777777" w:rsidR="002F6C28" w:rsidRDefault="002F6C28">
            <w:pPr>
              <w:jc w:val="center"/>
              <w:rPr>
                <w:lang w:eastAsia="ja-JP"/>
              </w:rPr>
            </w:pPr>
            <w:r>
              <w:rPr>
                <w:b/>
                <w:color w:val="FFFFFF"/>
                <w:sz w:val="16"/>
                <w:lang w:eastAsia="ja-JP"/>
              </w:rPr>
              <w:t>実施内容・マイルストーン</w:t>
            </w:r>
          </w:p>
        </w:tc>
      </w:tr>
      <w:tr w:rsidR="002F6C28" w14:paraId="0E8D4267" w14:textId="77777777" w:rsidTr="002F6C28">
        <w:trPr>
          <w:cantSplit/>
          <w:jc w:val="center"/>
        </w:trPr>
        <w:tc>
          <w:tcPr>
            <w:tcW w:w="483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B5566C" w14:textId="77777777" w:rsidR="002F6C28" w:rsidRDefault="002F6C28">
            <w:proofErr w:type="spellStart"/>
            <w:r>
              <w:rPr>
                <w:color w:val="5F5F5F"/>
                <w:sz w:val="17"/>
              </w:rPr>
              <w:t>交付決定日</w:t>
            </w:r>
            <w:proofErr w:type="spellEnd"/>
            <w:r>
              <w:rPr>
                <w:color w:val="5F5F5F"/>
                <w:sz w:val="17"/>
              </w:rPr>
              <w:t>～　　　月　　日</w:t>
            </w:r>
          </w:p>
        </w:tc>
        <w:tc>
          <w:tcPr>
            <w:tcW w:w="45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C13FCE" w14:textId="77777777" w:rsidR="002F6C28" w:rsidRDefault="002F6C28"/>
        </w:tc>
      </w:tr>
      <w:tr w:rsidR="002F6C28" w14:paraId="28749A1F" w14:textId="77777777" w:rsidTr="002F6C28">
        <w:trPr>
          <w:cantSplit/>
          <w:jc w:val="center"/>
        </w:trPr>
        <w:tc>
          <w:tcPr>
            <w:tcW w:w="483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39134D" w14:textId="77777777" w:rsidR="002F6C28" w:rsidRDefault="002F6C28">
            <w:r>
              <w:rPr>
                <w:color w:val="5F5F5F"/>
                <w:sz w:val="17"/>
              </w:rPr>
              <w:t xml:space="preserve">　　　月　　日～　　　月　　日</w:t>
            </w:r>
          </w:p>
        </w:tc>
        <w:tc>
          <w:tcPr>
            <w:tcW w:w="45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A65F6C" w14:textId="77777777" w:rsidR="002F6C28" w:rsidRDefault="002F6C28"/>
        </w:tc>
      </w:tr>
      <w:tr w:rsidR="002F6C28" w14:paraId="2233C109" w14:textId="77777777" w:rsidTr="002F6C28">
        <w:trPr>
          <w:cantSplit/>
          <w:jc w:val="center"/>
        </w:trPr>
        <w:tc>
          <w:tcPr>
            <w:tcW w:w="483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49596D" w14:textId="05701934" w:rsidR="002F6C28" w:rsidRDefault="002F6C28">
            <w:r>
              <w:rPr>
                <w:color w:val="5F5F5F"/>
                <w:sz w:val="17"/>
              </w:rPr>
              <w:t xml:space="preserve">　　　月　　日～202</w:t>
            </w:r>
            <w:r>
              <w:rPr>
                <w:rFonts w:hint="eastAsia"/>
                <w:color w:val="5F5F5F"/>
                <w:sz w:val="17"/>
                <w:lang w:eastAsia="ja-JP"/>
              </w:rPr>
              <w:t>6</w:t>
            </w:r>
            <w:r>
              <w:rPr>
                <w:color w:val="5F5F5F"/>
                <w:sz w:val="17"/>
              </w:rPr>
              <w:t>年</w:t>
            </w:r>
            <w:r>
              <w:rPr>
                <w:rFonts w:hint="eastAsia"/>
                <w:color w:val="5F5F5F"/>
                <w:sz w:val="17"/>
                <w:lang w:eastAsia="ja-JP"/>
              </w:rPr>
              <w:t>1</w:t>
            </w:r>
            <w:r>
              <w:rPr>
                <w:color w:val="5F5F5F"/>
                <w:sz w:val="17"/>
              </w:rPr>
              <w:t>2月</w:t>
            </w:r>
            <w:r>
              <w:rPr>
                <w:rFonts w:hint="eastAsia"/>
                <w:color w:val="5F5F5F"/>
                <w:sz w:val="17"/>
                <w:lang w:eastAsia="ja-JP"/>
              </w:rPr>
              <w:t>18</w:t>
            </w:r>
            <w:r>
              <w:rPr>
                <w:color w:val="5F5F5F"/>
                <w:sz w:val="17"/>
              </w:rPr>
              <w:t>日</w:t>
            </w:r>
          </w:p>
        </w:tc>
        <w:tc>
          <w:tcPr>
            <w:tcW w:w="45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F86CFC" w14:textId="77777777" w:rsidR="002F6C28" w:rsidRDefault="002F6C28"/>
        </w:tc>
      </w:tr>
    </w:tbl>
    <w:p w14:paraId="36814253" w14:textId="77777777" w:rsidR="00436E4C" w:rsidRDefault="00F70D31">
      <w:pPr>
        <w:pStyle w:val="1"/>
      </w:pPr>
      <w:r>
        <w:t>5</w:t>
      </w:r>
      <w:r>
        <w:t xml:space="preserve">　</w:t>
      </w:r>
      <w:proofErr w:type="spellStart"/>
      <w:r>
        <w:t>実施体制・連携先</w:t>
      </w:r>
      <w:proofErr w:type="spellEnd"/>
    </w:p>
    <w:tbl>
      <w:tblPr>
        <w:tblStyle w:val="af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18"/>
        <w:gridCol w:w="4252"/>
        <w:gridCol w:w="2041"/>
      </w:tblGrid>
      <w:tr w:rsidR="00436E4C" w14:paraId="15072DAA" w14:textId="77777777">
        <w:trPr>
          <w:tblHeader/>
          <w:jc w:val="center"/>
        </w:trPr>
        <w:tc>
          <w:tcPr>
            <w:tcW w:w="3118" w:type="dxa"/>
            <w:shd w:val="clear" w:color="auto" w:fill="1F6F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DA2BA4" w14:textId="77777777" w:rsidR="00436E4C" w:rsidRDefault="00F70D31">
            <w:pPr>
              <w:jc w:val="center"/>
            </w:pPr>
            <w:r>
              <w:rPr>
                <w:b/>
                <w:color w:val="FFFFFF"/>
                <w:sz w:val="16"/>
              </w:rPr>
              <w:t>氏名／法人・機関名</w:t>
            </w:r>
          </w:p>
        </w:tc>
        <w:tc>
          <w:tcPr>
            <w:tcW w:w="4252" w:type="dxa"/>
            <w:shd w:val="clear" w:color="auto" w:fill="1F6F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C902FA" w14:textId="77777777" w:rsidR="00436E4C" w:rsidRDefault="00F70D31">
            <w:pPr>
              <w:jc w:val="center"/>
            </w:pPr>
            <w:r>
              <w:rPr>
                <w:b/>
                <w:color w:val="FFFFFF"/>
                <w:sz w:val="16"/>
              </w:rPr>
              <w:t>役割・担当内容</w:t>
            </w:r>
          </w:p>
        </w:tc>
        <w:tc>
          <w:tcPr>
            <w:tcW w:w="2041" w:type="dxa"/>
            <w:shd w:val="clear" w:color="auto" w:fill="1F6F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8406D6" w14:textId="77777777" w:rsidR="00436E4C" w:rsidRDefault="00F70D31">
            <w:pPr>
              <w:jc w:val="center"/>
            </w:pPr>
            <w:r>
              <w:rPr>
                <w:b/>
                <w:color w:val="FFFFFF"/>
                <w:sz w:val="16"/>
              </w:rPr>
              <w:t>申請者との関係</w:t>
            </w:r>
          </w:p>
        </w:tc>
      </w:tr>
      <w:tr w:rsidR="00436E4C" w14:paraId="0BEC9B3D" w14:textId="77777777">
        <w:trPr>
          <w:cantSplit/>
          <w:jc w:val="center"/>
        </w:trPr>
        <w:tc>
          <w:tcPr>
            <w:tcW w:w="311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6F9824" w14:textId="77777777" w:rsidR="00436E4C" w:rsidRDefault="00436E4C"/>
        </w:tc>
        <w:tc>
          <w:tcPr>
            <w:tcW w:w="42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2C7E90" w14:textId="77777777" w:rsidR="00436E4C" w:rsidRDefault="00436E4C"/>
        </w:tc>
        <w:tc>
          <w:tcPr>
            <w:tcW w:w="20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0019DA" w14:textId="77777777" w:rsidR="00436E4C" w:rsidRDefault="00436E4C"/>
        </w:tc>
      </w:tr>
      <w:tr w:rsidR="00436E4C" w14:paraId="162524F4" w14:textId="77777777">
        <w:trPr>
          <w:cantSplit/>
          <w:jc w:val="center"/>
        </w:trPr>
        <w:tc>
          <w:tcPr>
            <w:tcW w:w="311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0C1AE0" w14:textId="77777777" w:rsidR="00436E4C" w:rsidRDefault="00436E4C"/>
        </w:tc>
        <w:tc>
          <w:tcPr>
            <w:tcW w:w="42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6FC130" w14:textId="77777777" w:rsidR="00436E4C" w:rsidRDefault="00436E4C"/>
        </w:tc>
        <w:tc>
          <w:tcPr>
            <w:tcW w:w="20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534906" w14:textId="77777777" w:rsidR="00436E4C" w:rsidRDefault="00436E4C"/>
        </w:tc>
      </w:tr>
      <w:tr w:rsidR="00436E4C" w14:paraId="52FD216D" w14:textId="77777777">
        <w:trPr>
          <w:cantSplit/>
          <w:jc w:val="center"/>
        </w:trPr>
        <w:tc>
          <w:tcPr>
            <w:tcW w:w="311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0759D8" w14:textId="77777777" w:rsidR="00436E4C" w:rsidRDefault="00436E4C"/>
        </w:tc>
        <w:tc>
          <w:tcPr>
            <w:tcW w:w="425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0E73F6" w14:textId="77777777" w:rsidR="00436E4C" w:rsidRDefault="00436E4C"/>
        </w:tc>
        <w:tc>
          <w:tcPr>
            <w:tcW w:w="204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839523" w14:textId="77777777" w:rsidR="00436E4C" w:rsidRDefault="00436E4C"/>
        </w:tc>
      </w:tr>
    </w:tbl>
    <w:p w14:paraId="53F837E7" w14:textId="77777777" w:rsidR="00436E4C" w:rsidRDefault="00F70D31">
      <w:pPr>
        <w:pStyle w:val="1"/>
        <w:rPr>
          <w:lang w:eastAsia="ja-JP"/>
        </w:rPr>
      </w:pPr>
      <w:r>
        <w:rPr>
          <w:lang w:eastAsia="ja-JP"/>
        </w:rPr>
        <w:t>6</w:t>
      </w:r>
      <w:r>
        <w:rPr>
          <w:lang w:eastAsia="ja-JP"/>
        </w:rPr>
        <w:t xml:space="preserve">　他の補助・助成制度等の利用状況</w:t>
      </w:r>
    </w:p>
    <w:p w14:paraId="74856E09" w14:textId="77777777" w:rsidR="00436E4C" w:rsidRDefault="00F70D31">
      <w:pPr>
        <w:rPr>
          <w:lang w:eastAsia="ja-JP"/>
        </w:rPr>
      </w:pPr>
      <w:r>
        <w:rPr>
          <w:lang w:eastAsia="ja-JP"/>
        </w:rPr>
        <w:t>☐ 利用なし　☐ 利用あり（下表に記載）</w:t>
      </w:r>
    </w:p>
    <w:tbl>
      <w:tblPr>
        <w:tblStyle w:val="af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18"/>
        <w:gridCol w:w="3288"/>
        <w:gridCol w:w="3005"/>
      </w:tblGrid>
      <w:tr w:rsidR="00436E4C" w14:paraId="286476BA" w14:textId="77777777">
        <w:trPr>
          <w:tblHeader/>
          <w:jc w:val="center"/>
        </w:trPr>
        <w:tc>
          <w:tcPr>
            <w:tcW w:w="3118" w:type="dxa"/>
            <w:shd w:val="clear" w:color="auto" w:fill="1F6F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DB364C" w14:textId="77777777" w:rsidR="00436E4C" w:rsidRDefault="00F70D31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制度・資金名</w:t>
            </w:r>
            <w:proofErr w:type="spellEnd"/>
          </w:p>
        </w:tc>
        <w:tc>
          <w:tcPr>
            <w:tcW w:w="3288" w:type="dxa"/>
            <w:shd w:val="clear" w:color="auto" w:fill="1F6F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BED229" w14:textId="77777777" w:rsidR="00436E4C" w:rsidRDefault="00F70D31">
            <w:pPr>
              <w:jc w:val="center"/>
            </w:pPr>
            <w:r>
              <w:rPr>
                <w:b/>
                <w:color w:val="FFFFFF"/>
                <w:sz w:val="16"/>
              </w:rPr>
              <w:t>対象事業・対象経費</w:t>
            </w:r>
          </w:p>
        </w:tc>
        <w:tc>
          <w:tcPr>
            <w:tcW w:w="3005" w:type="dxa"/>
            <w:shd w:val="clear" w:color="auto" w:fill="1F6F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912C7C" w14:textId="77777777" w:rsidR="00436E4C" w:rsidRDefault="00F70D31">
            <w:pPr>
              <w:jc w:val="center"/>
              <w:rPr>
                <w:lang w:eastAsia="ja-JP"/>
              </w:rPr>
            </w:pPr>
            <w:r>
              <w:rPr>
                <w:b/>
                <w:color w:val="FFFFFF"/>
                <w:sz w:val="16"/>
                <w:lang w:eastAsia="ja-JP"/>
              </w:rPr>
              <w:t>本支援金との区分方法</w:t>
            </w:r>
          </w:p>
        </w:tc>
      </w:tr>
      <w:tr w:rsidR="00436E4C" w14:paraId="2E75D379" w14:textId="77777777">
        <w:trPr>
          <w:cantSplit/>
          <w:jc w:val="center"/>
        </w:trPr>
        <w:tc>
          <w:tcPr>
            <w:tcW w:w="311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2B83B4" w14:textId="77777777" w:rsidR="00436E4C" w:rsidRDefault="00436E4C">
            <w:pPr>
              <w:rPr>
                <w:lang w:eastAsia="ja-JP"/>
              </w:rPr>
            </w:pPr>
          </w:p>
        </w:tc>
        <w:tc>
          <w:tcPr>
            <w:tcW w:w="32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686AD4" w14:textId="77777777" w:rsidR="00436E4C" w:rsidRDefault="00436E4C">
            <w:pPr>
              <w:rPr>
                <w:lang w:eastAsia="ja-JP"/>
              </w:rPr>
            </w:pPr>
          </w:p>
        </w:tc>
        <w:tc>
          <w:tcPr>
            <w:tcW w:w="300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D72A12" w14:textId="77777777" w:rsidR="00436E4C" w:rsidRDefault="00436E4C">
            <w:pPr>
              <w:rPr>
                <w:lang w:eastAsia="ja-JP"/>
              </w:rPr>
            </w:pPr>
          </w:p>
        </w:tc>
      </w:tr>
      <w:tr w:rsidR="00436E4C" w14:paraId="4BE6E7ED" w14:textId="77777777">
        <w:trPr>
          <w:cantSplit/>
          <w:jc w:val="center"/>
        </w:trPr>
        <w:tc>
          <w:tcPr>
            <w:tcW w:w="311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3EA81D" w14:textId="77777777" w:rsidR="00436E4C" w:rsidRDefault="00436E4C">
            <w:pPr>
              <w:rPr>
                <w:lang w:eastAsia="ja-JP"/>
              </w:rPr>
            </w:pPr>
          </w:p>
        </w:tc>
        <w:tc>
          <w:tcPr>
            <w:tcW w:w="328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C45499" w14:textId="77777777" w:rsidR="00436E4C" w:rsidRDefault="00436E4C">
            <w:pPr>
              <w:rPr>
                <w:lang w:eastAsia="ja-JP"/>
              </w:rPr>
            </w:pPr>
          </w:p>
        </w:tc>
        <w:tc>
          <w:tcPr>
            <w:tcW w:w="300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EE595B" w14:textId="77777777" w:rsidR="00436E4C" w:rsidRDefault="00436E4C">
            <w:pPr>
              <w:rPr>
                <w:lang w:eastAsia="ja-JP"/>
              </w:rPr>
            </w:pPr>
          </w:p>
        </w:tc>
      </w:tr>
    </w:tbl>
    <w:p w14:paraId="745C5034" w14:textId="77777777" w:rsidR="00436E4C" w:rsidRDefault="00F70D31">
      <w:pPr>
        <w:rPr>
          <w:lang w:eastAsia="ja-JP"/>
        </w:rPr>
      </w:pPr>
      <w:r>
        <w:rPr>
          <w:i/>
          <w:color w:val="783C28"/>
          <w:sz w:val="16"/>
          <w:lang w:eastAsia="ja-JP"/>
        </w:rPr>
        <w:t>※ 同一経費について、他の補助金、助成金、委託費その他これらに類する資金との重複受給はできません。</w:t>
      </w:r>
    </w:p>
    <w:p w14:paraId="147DC451" w14:textId="3BA62640" w:rsidR="00436E4C" w:rsidRDefault="00436E4C">
      <w:pPr>
        <w:rPr>
          <w:lang w:eastAsia="ja-JP"/>
        </w:rPr>
      </w:pPr>
    </w:p>
    <w:p w14:paraId="37E120C8" w14:textId="77777777" w:rsidR="00436E4C" w:rsidRDefault="00F70D31">
      <w:pPr>
        <w:pStyle w:val="1"/>
        <w:rPr>
          <w:lang w:eastAsia="ja-JP"/>
        </w:rPr>
      </w:pPr>
      <w:r>
        <w:rPr>
          <w:lang w:eastAsia="ja-JP"/>
        </w:rPr>
        <w:t>7</w:t>
      </w:r>
      <w:r>
        <w:rPr>
          <w:lang w:eastAsia="ja-JP"/>
        </w:rPr>
        <w:t xml:space="preserve">　経費計画</w:t>
      </w:r>
      <w:r>
        <w:rPr>
          <w:b w:val="0"/>
          <w:color w:val="5A5A5A"/>
          <w:sz w:val="16"/>
          <w:lang w:eastAsia="ja-JP"/>
        </w:rPr>
        <w:t xml:space="preserve">　金額は申請時点の見込額をご記入ください。</w:t>
      </w:r>
    </w:p>
    <w:tbl>
      <w:tblPr>
        <w:tblStyle w:val="af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871"/>
        <w:gridCol w:w="3855"/>
        <w:gridCol w:w="1867"/>
        <w:gridCol w:w="2040"/>
      </w:tblGrid>
      <w:tr w:rsidR="00436E4C" w14:paraId="1B56F5E8" w14:textId="77777777" w:rsidTr="00DC18B6">
        <w:trPr>
          <w:tblHeader/>
          <w:jc w:val="center"/>
        </w:trPr>
        <w:tc>
          <w:tcPr>
            <w:tcW w:w="567" w:type="dxa"/>
            <w:shd w:val="clear" w:color="auto" w:fill="1F6F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B36BD3" w14:textId="77777777" w:rsidR="00436E4C" w:rsidRDefault="00F70D31">
            <w:pPr>
              <w:jc w:val="center"/>
            </w:pPr>
            <w:r>
              <w:rPr>
                <w:b/>
                <w:color w:val="FFFFFF"/>
                <w:sz w:val="16"/>
              </w:rPr>
              <w:t>No.</w:t>
            </w:r>
          </w:p>
        </w:tc>
        <w:tc>
          <w:tcPr>
            <w:tcW w:w="1871" w:type="dxa"/>
            <w:shd w:val="clear" w:color="auto" w:fill="1F6F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3C6F52" w14:textId="77777777" w:rsidR="00436E4C" w:rsidRDefault="00F70D31">
            <w:pPr>
              <w:jc w:val="center"/>
            </w:pPr>
            <w:r>
              <w:rPr>
                <w:b/>
                <w:color w:val="FFFFFF"/>
                <w:sz w:val="16"/>
              </w:rPr>
              <w:t>経費区分</w:t>
            </w:r>
          </w:p>
        </w:tc>
        <w:tc>
          <w:tcPr>
            <w:tcW w:w="3855" w:type="dxa"/>
            <w:shd w:val="clear" w:color="auto" w:fill="1F6F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876552" w14:textId="77777777" w:rsidR="00436E4C" w:rsidRDefault="00F70D31">
            <w:pPr>
              <w:jc w:val="center"/>
            </w:pPr>
            <w:r>
              <w:rPr>
                <w:b/>
                <w:color w:val="FFFFFF"/>
                <w:sz w:val="16"/>
              </w:rPr>
              <w:t>内容・数量・単価</w:t>
            </w:r>
          </w:p>
        </w:tc>
        <w:tc>
          <w:tcPr>
            <w:tcW w:w="1867" w:type="dxa"/>
            <w:shd w:val="clear" w:color="auto" w:fill="1F6F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E796EA" w14:textId="77777777" w:rsidR="00606DF1" w:rsidRDefault="00F70D31" w:rsidP="00606DF1">
            <w:pPr>
              <w:jc w:val="center"/>
              <w:rPr>
                <w:b/>
                <w:color w:val="FFFFFF"/>
                <w:sz w:val="16"/>
                <w:lang w:eastAsia="ja-JP"/>
              </w:rPr>
            </w:pPr>
            <w:proofErr w:type="spellStart"/>
            <w:r>
              <w:rPr>
                <w:b/>
                <w:color w:val="FFFFFF"/>
                <w:sz w:val="16"/>
              </w:rPr>
              <w:t>支払予定先</w:t>
            </w:r>
            <w:proofErr w:type="spellEnd"/>
          </w:p>
          <w:p w14:paraId="5246CE09" w14:textId="03F9F69C" w:rsidR="00606DF1" w:rsidRPr="00606DF1" w:rsidRDefault="00606DF1" w:rsidP="00606DF1">
            <w:pPr>
              <w:jc w:val="center"/>
              <w:rPr>
                <w:rFonts w:hint="eastAsia"/>
                <w:b/>
                <w:color w:val="FFFFFF"/>
                <w:sz w:val="16"/>
                <w:lang w:eastAsia="ja-JP"/>
              </w:rPr>
            </w:pPr>
            <w:r w:rsidRPr="00606DF1">
              <w:rPr>
                <w:rFonts w:hint="eastAsia"/>
                <w:b/>
                <w:color w:val="FFFFFF"/>
                <w:sz w:val="12"/>
                <w:szCs w:val="20"/>
                <w:lang w:eastAsia="ja-JP"/>
              </w:rPr>
              <w:t>※未定の場合は空欄でも可</w:t>
            </w:r>
          </w:p>
        </w:tc>
        <w:tc>
          <w:tcPr>
            <w:tcW w:w="2040" w:type="dxa"/>
            <w:shd w:val="clear" w:color="auto" w:fill="1F6F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5B018C" w14:textId="7C9971D5" w:rsidR="00436E4C" w:rsidRDefault="00F70D31">
            <w:pPr>
              <w:jc w:val="center"/>
            </w:pPr>
            <w:proofErr w:type="spellStart"/>
            <w:r>
              <w:rPr>
                <w:b/>
                <w:color w:val="FFFFFF"/>
                <w:sz w:val="16"/>
              </w:rPr>
              <w:t>申請額</w:t>
            </w:r>
            <w:proofErr w:type="spellEnd"/>
            <w:r>
              <w:rPr>
                <w:b/>
                <w:color w:val="FFFFFF"/>
                <w:sz w:val="16"/>
              </w:rPr>
              <w:t>（</w:t>
            </w:r>
            <w:r w:rsidR="004B5623">
              <w:rPr>
                <w:rFonts w:hint="eastAsia"/>
                <w:b/>
                <w:color w:val="FFFFFF"/>
                <w:sz w:val="16"/>
                <w:lang w:eastAsia="ja-JP"/>
              </w:rPr>
              <w:t>税抜</w:t>
            </w:r>
            <w:r>
              <w:rPr>
                <w:b/>
                <w:color w:val="FFFFFF"/>
                <w:sz w:val="16"/>
              </w:rPr>
              <w:t>）</w:t>
            </w:r>
          </w:p>
        </w:tc>
      </w:tr>
      <w:tr w:rsidR="00436E4C" w14:paraId="3B252F1A" w14:textId="77777777" w:rsidTr="00DC18B6">
        <w:trPr>
          <w:cantSplit/>
          <w:jc w:val="center"/>
        </w:trPr>
        <w:tc>
          <w:tcPr>
            <w:tcW w:w="5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2498E6" w14:textId="77777777" w:rsidR="00436E4C" w:rsidRDefault="00F70D31">
            <w:r>
              <w:rPr>
                <w:color w:val="5F5F5F"/>
                <w:sz w:val="17"/>
              </w:rPr>
              <w:t>1</w:t>
            </w:r>
          </w:p>
        </w:tc>
        <w:tc>
          <w:tcPr>
            <w:tcW w:w="187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0AB02C" w14:textId="77777777" w:rsidR="00436E4C" w:rsidRDefault="00436E4C"/>
        </w:tc>
        <w:tc>
          <w:tcPr>
            <w:tcW w:w="38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15468D" w14:textId="77777777" w:rsidR="00436E4C" w:rsidRDefault="00436E4C"/>
        </w:tc>
        <w:tc>
          <w:tcPr>
            <w:tcW w:w="18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405C66" w14:textId="77777777" w:rsidR="00436E4C" w:rsidRDefault="00436E4C"/>
        </w:tc>
        <w:tc>
          <w:tcPr>
            <w:tcW w:w="20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259DD8" w14:textId="77777777" w:rsidR="00436E4C" w:rsidRDefault="00436E4C"/>
        </w:tc>
      </w:tr>
      <w:tr w:rsidR="00436E4C" w14:paraId="44DF336D" w14:textId="77777777" w:rsidTr="00DC18B6">
        <w:trPr>
          <w:cantSplit/>
          <w:jc w:val="center"/>
        </w:trPr>
        <w:tc>
          <w:tcPr>
            <w:tcW w:w="5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8CC4CD" w14:textId="77777777" w:rsidR="00436E4C" w:rsidRDefault="00F70D31">
            <w:r>
              <w:rPr>
                <w:color w:val="5F5F5F"/>
                <w:sz w:val="17"/>
              </w:rPr>
              <w:t>2</w:t>
            </w:r>
          </w:p>
        </w:tc>
        <w:tc>
          <w:tcPr>
            <w:tcW w:w="187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66A378" w14:textId="77777777" w:rsidR="00436E4C" w:rsidRDefault="00436E4C"/>
        </w:tc>
        <w:tc>
          <w:tcPr>
            <w:tcW w:w="38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9A18DE" w14:textId="77777777" w:rsidR="00436E4C" w:rsidRDefault="00436E4C"/>
        </w:tc>
        <w:tc>
          <w:tcPr>
            <w:tcW w:w="18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B8FA87" w14:textId="77777777" w:rsidR="00436E4C" w:rsidRDefault="00436E4C"/>
        </w:tc>
        <w:tc>
          <w:tcPr>
            <w:tcW w:w="20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6FECE1" w14:textId="77777777" w:rsidR="00436E4C" w:rsidRDefault="00436E4C"/>
        </w:tc>
      </w:tr>
      <w:tr w:rsidR="00436E4C" w14:paraId="4743E5CB" w14:textId="77777777" w:rsidTr="00DC18B6">
        <w:trPr>
          <w:cantSplit/>
          <w:jc w:val="center"/>
        </w:trPr>
        <w:tc>
          <w:tcPr>
            <w:tcW w:w="5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C4C593" w14:textId="77777777" w:rsidR="00436E4C" w:rsidRDefault="00F70D31">
            <w:r>
              <w:rPr>
                <w:color w:val="5F5F5F"/>
                <w:sz w:val="17"/>
              </w:rPr>
              <w:t>3</w:t>
            </w:r>
          </w:p>
        </w:tc>
        <w:tc>
          <w:tcPr>
            <w:tcW w:w="187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DC5E3D" w14:textId="77777777" w:rsidR="00436E4C" w:rsidRDefault="00436E4C"/>
        </w:tc>
        <w:tc>
          <w:tcPr>
            <w:tcW w:w="38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1808BB" w14:textId="77777777" w:rsidR="00436E4C" w:rsidRDefault="00436E4C"/>
        </w:tc>
        <w:tc>
          <w:tcPr>
            <w:tcW w:w="18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1394C0" w14:textId="77777777" w:rsidR="00436E4C" w:rsidRDefault="00436E4C"/>
        </w:tc>
        <w:tc>
          <w:tcPr>
            <w:tcW w:w="20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3E40AC" w14:textId="77777777" w:rsidR="00436E4C" w:rsidRDefault="00436E4C"/>
        </w:tc>
      </w:tr>
      <w:tr w:rsidR="00436E4C" w14:paraId="0FC12BB4" w14:textId="77777777" w:rsidTr="00DC18B6">
        <w:trPr>
          <w:cantSplit/>
          <w:jc w:val="center"/>
        </w:trPr>
        <w:tc>
          <w:tcPr>
            <w:tcW w:w="5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D37863" w14:textId="77777777" w:rsidR="00436E4C" w:rsidRDefault="00F70D31">
            <w:r>
              <w:rPr>
                <w:color w:val="5F5F5F"/>
                <w:sz w:val="17"/>
              </w:rPr>
              <w:t>4</w:t>
            </w:r>
          </w:p>
        </w:tc>
        <w:tc>
          <w:tcPr>
            <w:tcW w:w="187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BE270F" w14:textId="77777777" w:rsidR="00436E4C" w:rsidRDefault="00436E4C"/>
        </w:tc>
        <w:tc>
          <w:tcPr>
            <w:tcW w:w="38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ED5405" w14:textId="77777777" w:rsidR="00436E4C" w:rsidRDefault="00436E4C"/>
        </w:tc>
        <w:tc>
          <w:tcPr>
            <w:tcW w:w="18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BD4165" w14:textId="77777777" w:rsidR="00436E4C" w:rsidRDefault="00436E4C"/>
        </w:tc>
        <w:tc>
          <w:tcPr>
            <w:tcW w:w="20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82AA03" w14:textId="77777777" w:rsidR="00436E4C" w:rsidRDefault="00436E4C"/>
        </w:tc>
      </w:tr>
      <w:tr w:rsidR="00436E4C" w14:paraId="70F0CBF5" w14:textId="77777777" w:rsidTr="00DC18B6">
        <w:trPr>
          <w:cantSplit/>
          <w:jc w:val="center"/>
        </w:trPr>
        <w:tc>
          <w:tcPr>
            <w:tcW w:w="5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B6607A" w14:textId="77777777" w:rsidR="00436E4C" w:rsidRDefault="00F70D31">
            <w:r>
              <w:rPr>
                <w:color w:val="5F5F5F"/>
                <w:sz w:val="17"/>
              </w:rPr>
              <w:t>5</w:t>
            </w:r>
          </w:p>
        </w:tc>
        <w:tc>
          <w:tcPr>
            <w:tcW w:w="187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9FD1C1" w14:textId="77777777" w:rsidR="00436E4C" w:rsidRDefault="00436E4C"/>
        </w:tc>
        <w:tc>
          <w:tcPr>
            <w:tcW w:w="385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3EC41C" w14:textId="77777777" w:rsidR="00436E4C" w:rsidRDefault="00436E4C"/>
        </w:tc>
        <w:tc>
          <w:tcPr>
            <w:tcW w:w="18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F65A3C" w14:textId="77777777" w:rsidR="00436E4C" w:rsidRDefault="00436E4C"/>
        </w:tc>
        <w:tc>
          <w:tcPr>
            <w:tcW w:w="20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F0977F" w14:textId="77777777" w:rsidR="00436E4C" w:rsidRDefault="00436E4C"/>
        </w:tc>
      </w:tr>
      <w:tr w:rsidR="00436E4C" w14:paraId="5F0A903A" w14:textId="77777777">
        <w:trPr>
          <w:cantSplit/>
          <w:jc w:val="center"/>
        </w:trPr>
        <w:tc>
          <w:tcPr>
            <w:tcW w:w="8160" w:type="dxa"/>
            <w:gridSpan w:val="4"/>
            <w:shd w:val="clear" w:color="auto" w:fill="DDEDE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FB8B5B" w14:textId="77777777" w:rsidR="00436E4C" w:rsidRDefault="00F70D31">
            <w:pPr>
              <w:jc w:val="right"/>
            </w:pPr>
            <w:r>
              <w:rPr>
                <w:b/>
              </w:rPr>
              <w:t>申請額合計（上限500,000円）</w:t>
            </w:r>
          </w:p>
        </w:tc>
        <w:tc>
          <w:tcPr>
            <w:tcW w:w="204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1E009F" w14:textId="77777777" w:rsidR="00436E4C" w:rsidRDefault="00F70D31">
            <w:r>
              <w:t>円</w:t>
            </w:r>
          </w:p>
        </w:tc>
      </w:tr>
    </w:tbl>
    <w:p w14:paraId="334BF150" w14:textId="77777777" w:rsidR="00436E4C" w:rsidRDefault="00F70D31">
      <w:pPr>
        <w:rPr>
          <w:sz w:val="17"/>
          <w:lang w:eastAsia="ja-JP"/>
        </w:rPr>
      </w:pPr>
      <w:r>
        <w:rPr>
          <w:sz w:val="17"/>
          <w:lang w:eastAsia="ja-JP"/>
        </w:rPr>
        <w:t>添付：見積書又は価格根拠資料　☐ 添付済み　☐ 後日提出予定（　　　　年　　月　　日）</w:t>
      </w:r>
    </w:p>
    <w:p w14:paraId="49D05E54" w14:textId="2B375326" w:rsidR="00BF30A1" w:rsidRDefault="00BF30A1">
      <w:pPr>
        <w:rPr>
          <w:sz w:val="17"/>
          <w:lang w:eastAsia="ja-JP"/>
        </w:rPr>
      </w:pPr>
      <w:r>
        <w:rPr>
          <w:rFonts w:hint="eastAsia"/>
          <w:sz w:val="17"/>
          <w:lang w:eastAsia="ja-JP"/>
        </w:rPr>
        <w:t>※後日提出の場合は町工場（試作エンジニア）との契約時までには提出ください</w:t>
      </w:r>
    </w:p>
    <w:p w14:paraId="7B56ACAA" w14:textId="77777777" w:rsidR="00F2451E" w:rsidRDefault="00F2451E">
      <w:pPr>
        <w:rPr>
          <w:sz w:val="17"/>
          <w:lang w:eastAsia="ja-JP"/>
        </w:rPr>
      </w:pPr>
    </w:p>
    <w:p w14:paraId="62648F53" w14:textId="052C3437" w:rsidR="00F2451E" w:rsidRDefault="00F2451E" w:rsidP="00F2451E">
      <w:pPr>
        <w:pStyle w:val="1"/>
        <w:rPr>
          <w:lang w:eastAsia="ja-JP"/>
        </w:rPr>
      </w:pPr>
      <w:r>
        <w:rPr>
          <w:rFonts w:hint="eastAsia"/>
          <w:lang w:eastAsia="ja-JP"/>
        </w:rPr>
        <w:t>8</w:t>
      </w:r>
      <w:r>
        <w:rPr>
          <w:lang w:eastAsia="ja-JP"/>
        </w:rPr>
        <w:t xml:space="preserve">　</w:t>
      </w:r>
      <w:r>
        <w:rPr>
          <w:rFonts w:hint="eastAsia"/>
          <w:lang w:eastAsia="ja-JP"/>
        </w:rPr>
        <w:t>二次審査（オンライン面談）の希望日時</w:t>
      </w:r>
    </w:p>
    <w:p w14:paraId="1941C27A" w14:textId="77777777" w:rsidR="00F2451E" w:rsidRPr="00F2451E" w:rsidRDefault="00F2451E" w:rsidP="00F2451E">
      <w:pPr>
        <w:rPr>
          <w:rFonts w:hint="eastAsia"/>
          <w:lang w:eastAsia="ja-JP"/>
        </w:rPr>
      </w:pPr>
    </w:p>
    <w:tbl>
      <w:tblPr>
        <w:tblStyle w:val="afe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14"/>
        <w:gridCol w:w="7092"/>
      </w:tblGrid>
      <w:tr w:rsidR="00F2451E" w14:paraId="4966453F" w14:textId="77777777" w:rsidTr="00F2451E">
        <w:trPr>
          <w:tblHeader/>
        </w:trPr>
        <w:tc>
          <w:tcPr>
            <w:tcW w:w="3114" w:type="dxa"/>
            <w:shd w:val="clear" w:color="auto" w:fill="1F6F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19D952" w14:textId="45B1921C" w:rsidR="00F2451E" w:rsidRDefault="00F2451E" w:rsidP="00F7695E">
            <w:pPr>
              <w:jc w:val="center"/>
              <w:rPr>
                <w:rFonts w:hint="eastAsia"/>
                <w:lang w:eastAsia="ja-JP"/>
              </w:rPr>
            </w:pPr>
            <w:r>
              <w:rPr>
                <w:rFonts w:hint="eastAsia"/>
                <w:b/>
                <w:color w:val="FFFFFF"/>
                <w:sz w:val="16"/>
                <w:lang w:eastAsia="ja-JP"/>
              </w:rPr>
              <w:t>候補</w:t>
            </w:r>
          </w:p>
        </w:tc>
        <w:tc>
          <w:tcPr>
            <w:tcW w:w="7092" w:type="dxa"/>
            <w:shd w:val="clear" w:color="auto" w:fill="1F6F7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B2FB7B" w14:textId="476C1208" w:rsidR="00F2451E" w:rsidRDefault="00F2451E" w:rsidP="00F7695E">
            <w:pPr>
              <w:jc w:val="center"/>
              <w:rPr>
                <w:rFonts w:hint="eastAsia"/>
                <w:lang w:eastAsia="ja-JP"/>
              </w:rPr>
            </w:pPr>
            <w:r>
              <w:rPr>
                <w:rFonts w:hint="eastAsia"/>
                <w:b/>
                <w:color w:val="FFFFFF"/>
                <w:sz w:val="16"/>
                <w:lang w:eastAsia="ja-JP"/>
              </w:rPr>
              <w:t>時間</w:t>
            </w:r>
            <w:r w:rsidRPr="00F2451E">
              <w:rPr>
                <w:rFonts w:hint="eastAsia"/>
                <w:bCs/>
                <w:color w:val="FFFFFF"/>
                <w:sz w:val="14"/>
                <w:szCs w:val="21"/>
                <w:lang w:eastAsia="ja-JP"/>
              </w:rPr>
              <w:t>※申請時翌日から9月18日までの期間内で</w:t>
            </w:r>
            <w:r w:rsidR="002F6C28">
              <w:rPr>
                <w:rFonts w:hint="eastAsia"/>
                <w:bCs/>
                <w:color w:val="FFFFFF"/>
                <w:sz w:val="14"/>
                <w:szCs w:val="21"/>
                <w:lang w:eastAsia="ja-JP"/>
              </w:rPr>
              <w:t>、出来る限り多くの候補日をご記入ください</w:t>
            </w:r>
          </w:p>
        </w:tc>
      </w:tr>
      <w:tr w:rsidR="00F2451E" w14:paraId="78FA094F" w14:textId="77777777" w:rsidTr="00F2451E">
        <w:trPr>
          <w:cantSplit/>
        </w:trPr>
        <w:tc>
          <w:tcPr>
            <w:tcW w:w="311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7B5820" w14:textId="085F7C76" w:rsidR="00F2451E" w:rsidRPr="00F2451E" w:rsidRDefault="00F2451E" w:rsidP="00F2451E">
            <w:pPr>
              <w:jc w:val="center"/>
              <w:rPr>
                <w:rFonts w:hint="eastAsia"/>
                <w:color w:val="000000" w:themeColor="text1"/>
                <w:lang w:eastAsia="ja-JP"/>
              </w:rPr>
            </w:pPr>
            <w:r w:rsidRPr="00F2451E">
              <w:rPr>
                <w:rFonts w:hint="eastAsia"/>
                <w:color w:val="000000" w:themeColor="text1"/>
                <w:sz w:val="18"/>
                <w:lang w:eastAsia="ja-JP"/>
              </w:rPr>
              <w:t>第一希望時間</w:t>
            </w:r>
          </w:p>
        </w:tc>
        <w:tc>
          <w:tcPr>
            <w:tcW w:w="70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F0C673" w14:textId="72182DBB" w:rsidR="00F2451E" w:rsidRPr="002F6C28" w:rsidRDefault="002F6C28" w:rsidP="00F7695E">
            <w:pPr>
              <w:rPr>
                <w:color w:val="808080" w:themeColor="background1" w:themeShade="80"/>
                <w:lang w:eastAsia="ja-JP"/>
              </w:rPr>
            </w:pPr>
            <w:r w:rsidRPr="002F6C28">
              <w:rPr>
                <w:rFonts w:hint="eastAsia"/>
                <w:color w:val="808080" w:themeColor="background1" w:themeShade="80"/>
                <w:lang w:eastAsia="ja-JP"/>
              </w:rPr>
              <w:t>（例）9月11日（金）13時～15時、17時～18時</w:t>
            </w:r>
          </w:p>
        </w:tc>
      </w:tr>
      <w:tr w:rsidR="00F2451E" w14:paraId="63CA4CD6" w14:textId="77777777" w:rsidTr="00F2451E">
        <w:trPr>
          <w:cantSplit/>
        </w:trPr>
        <w:tc>
          <w:tcPr>
            <w:tcW w:w="311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440C3E" w14:textId="20674332" w:rsidR="00F2451E" w:rsidRPr="00F2451E" w:rsidRDefault="00F2451E" w:rsidP="00F2451E">
            <w:pPr>
              <w:jc w:val="center"/>
              <w:rPr>
                <w:rFonts w:hint="eastAsia"/>
                <w:color w:val="000000" w:themeColor="text1"/>
                <w:sz w:val="18"/>
                <w:szCs w:val="24"/>
                <w:lang w:eastAsia="ja-JP"/>
              </w:rPr>
            </w:pPr>
            <w:r w:rsidRPr="00F2451E">
              <w:rPr>
                <w:rFonts w:hint="eastAsia"/>
                <w:color w:val="000000" w:themeColor="text1"/>
                <w:sz w:val="18"/>
                <w:szCs w:val="24"/>
                <w:lang w:eastAsia="ja-JP"/>
              </w:rPr>
              <w:t>第二希望時間</w:t>
            </w:r>
          </w:p>
        </w:tc>
        <w:tc>
          <w:tcPr>
            <w:tcW w:w="70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9679C4" w14:textId="77777777" w:rsidR="00F2451E" w:rsidRDefault="00F2451E" w:rsidP="00F7695E"/>
        </w:tc>
      </w:tr>
      <w:tr w:rsidR="00F2451E" w14:paraId="5C3B50EF" w14:textId="77777777" w:rsidTr="00F2451E">
        <w:trPr>
          <w:cantSplit/>
        </w:trPr>
        <w:tc>
          <w:tcPr>
            <w:tcW w:w="311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F298AA" w14:textId="795A832D" w:rsidR="00F2451E" w:rsidRPr="00F2451E" w:rsidRDefault="00F2451E" w:rsidP="00F2451E">
            <w:pPr>
              <w:jc w:val="center"/>
              <w:rPr>
                <w:rFonts w:hint="eastAsia"/>
                <w:color w:val="000000" w:themeColor="text1"/>
                <w:sz w:val="18"/>
                <w:szCs w:val="24"/>
                <w:lang w:eastAsia="ja-JP"/>
              </w:rPr>
            </w:pPr>
            <w:r w:rsidRPr="00F2451E">
              <w:rPr>
                <w:rFonts w:hint="eastAsia"/>
                <w:color w:val="000000" w:themeColor="text1"/>
                <w:sz w:val="18"/>
                <w:szCs w:val="24"/>
                <w:lang w:eastAsia="ja-JP"/>
              </w:rPr>
              <w:t>第三希望時間</w:t>
            </w:r>
          </w:p>
        </w:tc>
        <w:tc>
          <w:tcPr>
            <w:tcW w:w="709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D79351" w14:textId="77777777" w:rsidR="00F2451E" w:rsidRDefault="00F2451E" w:rsidP="00F7695E"/>
        </w:tc>
      </w:tr>
    </w:tbl>
    <w:p w14:paraId="0D2E08F2" w14:textId="77777777" w:rsidR="00F2451E" w:rsidRPr="00F2451E" w:rsidRDefault="00F2451E" w:rsidP="00F2451E">
      <w:pPr>
        <w:rPr>
          <w:rFonts w:hint="eastAsia"/>
          <w:lang w:eastAsia="ja-JP"/>
        </w:rPr>
      </w:pPr>
    </w:p>
    <w:p w14:paraId="54AF412F" w14:textId="77777777" w:rsidR="00F2451E" w:rsidRPr="00F2451E" w:rsidRDefault="00F2451E">
      <w:pPr>
        <w:rPr>
          <w:rFonts w:hint="eastAsia"/>
          <w:lang w:eastAsia="ja-JP"/>
        </w:rPr>
      </w:pPr>
    </w:p>
    <w:p w14:paraId="407D0B9C" w14:textId="15A376D5" w:rsidR="00436E4C" w:rsidRPr="00DC18B6" w:rsidRDefault="00DC18B6" w:rsidP="00DC18B6">
      <w:pPr>
        <w:pStyle w:val="1"/>
        <w:rPr>
          <w:lang w:eastAsia="ja-JP"/>
        </w:rPr>
      </w:pPr>
      <w:r>
        <w:rPr>
          <w:rFonts w:hint="eastAsia"/>
          <w:lang w:eastAsia="ja-JP"/>
        </w:rPr>
        <w:t>8</w:t>
      </w:r>
      <w:r w:rsidR="00F70D31">
        <w:rPr>
          <w:lang w:eastAsia="ja-JP"/>
        </w:rPr>
        <w:t xml:space="preserve">　誓約事項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10190"/>
      </w:tblGrid>
      <w:tr w:rsidR="00DC18B6" w14:paraId="1B83538D" w14:textId="77777777" w:rsidTr="00443C0E">
        <w:trPr>
          <w:jc w:val="center"/>
        </w:trPr>
        <w:tc>
          <w:tcPr>
            <w:tcW w:w="10200" w:type="dxa"/>
            <w:shd w:val="clear" w:color="auto" w:fill="EAF4F5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F5BE867" w14:textId="0A6ED286" w:rsidR="00DC18B6" w:rsidRPr="00DC18B6" w:rsidRDefault="00DC18B6" w:rsidP="00DC18B6">
            <w:pPr>
              <w:pStyle w:val="ae"/>
              <w:numPr>
                <w:ilvl w:val="0"/>
                <w:numId w:val="11"/>
              </w:numPr>
              <w:rPr>
                <w:b/>
                <w:lang w:eastAsia="ja-JP"/>
              </w:rPr>
            </w:pPr>
            <w:r w:rsidRPr="00DC18B6">
              <w:rPr>
                <w:b/>
                <w:lang w:eastAsia="ja-JP"/>
              </w:rPr>
              <w:t>申請者は、本申請にあたり、次の事項を誓約します。</w:t>
            </w:r>
          </w:p>
          <w:p w14:paraId="6A293491" w14:textId="2114BF9A" w:rsidR="00F2451E" w:rsidRPr="00F2451E" w:rsidRDefault="00F2451E" w:rsidP="00F2451E">
            <w:pPr>
              <w:ind w:leftChars="100" w:left="190" w:firstLineChars="100" w:firstLine="160"/>
              <w:rPr>
                <w:rFonts w:hint="eastAsia"/>
                <w:lang w:eastAsia="ja-JP"/>
              </w:rPr>
            </w:pPr>
            <w:r>
              <w:rPr>
                <w:rFonts w:hint="eastAsia"/>
                <w:sz w:val="16"/>
                <w:lang w:eastAsia="ja-JP"/>
              </w:rPr>
              <w:t>・</w:t>
            </w:r>
            <w:r>
              <w:rPr>
                <w:rFonts w:hint="eastAsia"/>
                <w:sz w:val="16"/>
                <w:lang w:eastAsia="ja-JP"/>
              </w:rPr>
              <w:t>精算払い（後払い）となる旨を理解し、事業終了時までの資金繰りを確保できること。</w:t>
            </w:r>
          </w:p>
          <w:p w14:paraId="53EF5FF4" w14:textId="5A7C35CF" w:rsidR="00DC18B6" w:rsidRDefault="00DC18B6" w:rsidP="00DC18B6">
            <w:pPr>
              <w:ind w:leftChars="100" w:left="190" w:firstLineChars="100" w:firstLine="160"/>
              <w:rPr>
                <w:lang w:eastAsia="ja-JP"/>
              </w:rPr>
            </w:pPr>
            <w:r>
              <w:rPr>
                <w:rFonts w:hint="eastAsia"/>
                <w:sz w:val="16"/>
                <w:lang w:eastAsia="ja-JP"/>
              </w:rPr>
              <w:t>・</w:t>
            </w:r>
            <w:r>
              <w:rPr>
                <w:sz w:val="16"/>
                <w:lang w:eastAsia="ja-JP"/>
              </w:rPr>
              <w:t>本申請書及び添付資料の記載内容は、すべて真実かつ正確であること。</w:t>
            </w:r>
          </w:p>
          <w:p w14:paraId="2140F7BF" w14:textId="3E6549F5" w:rsidR="00DC18B6" w:rsidRDefault="00DC18B6" w:rsidP="00DC18B6">
            <w:pPr>
              <w:ind w:leftChars="100" w:left="190" w:firstLineChars="100" w:firstLine="160"/>
              <w:rPr>
                <w:lang w:eastAsia="ja-JP"/>
              </w:rPr>
            </w:pPr>
            <w:r>
              <w:rPr>
                <w:rFonts w:hint="eastAsia"/>
                <w:sz w:val="16"/>
                <w:lang w:eastAsia="ja-JP"/>
              </w:rPr>
              <w:t>・</w:t>
            </w:r>
            <w:r>
              <w:rPr>
                <w:sz w:val="16"/>
                <w:lang w:eastAsia="ja-JP"/>
              </w:rPr>
              <w:t>暴力団、暴力団員、暴力団関係者その他反社会的勢力に該当せず、これらと密接な関係を有しないこと。</w:t>
            </w:r>
          </w:p>
          <w:p w14:paraId="546D27A3" w14:textId="4A5795AA" w:rsidR="00DC18B6" w:rsidRDefault="00DC18B6" w:rsidP="00DC18B6">
            <w:pPr>
              <w:ind w:leftChars="100" w:left="190" w:firstLineChars="100" w:firstLine="160"/>
              <w:rPr>
                <w:lang w:eastAsia="ja-JP"/>
              </w:rPr>
            </w:pPr>
            <w:r>
              <w:rPr>
                <w:rFonts w:hint="eastAsia"/>
                <w:sz w:val="16"/>
                <w:lang w:eastAsia="ja-JP"/>
              </w:rPr>
              <w:t>・</w:t>
            </w:r>
            <w:r>
              <w:rPr>
                <w:sz w:val="16"/>
                <w:lang w:eastAsia="ja-JP"/>
              </w:rPr>
              <w:t>国税及び地方税を滞納していないこと。ただし、制度上納税義務がない場合を除く。</w:t>
            </w:r>
          </w:p>
          <w:p w14:paraId="7A967C77" w14:textId="00099C59" w:rsidR="00DC18B6" w:rsidRDefault="00DC18B6" w:rsidP="00DC18B6">
            <w:pPr>
              <w:ind w:leftChars="100" w:left="190" w:firstLineChars="100" w:firstLine="160"/>
              <w:rPr>
                <w:lang w:eastAsia="ja-JP"/>
              </w:rPr>
            </w:pPr>
            <w:r>
              <w:rPr>
                <w:rFonts w:hint="eastAsia"/>
                <w:sz w:val="16"/>
                <w:lang w:eastAsia="ja-JP"/>
              </w:rPr>
              <w:t>・</w:t>
            </w:r>
            <w:r>
              <w:rPr>
                <w:sz w:val="16"/>
                <w:lang w:eastAsia="ja-JP"/>
              </w:rPr>
              <w:t>会社更生、民事再生、破産その他これらに類する手続により、対象事業の継続性に重大な懸念がないこと。</w:t>
            </w:r>
          </w:p>
          <w:p w14:paraId="7A31E2C7" w14:textId="09D0B609" w:rsidR="00DC18B6" w:rsidRDefault="00DC18B6" w:rsidP="00DC18B6">
            <w:pPr>
              <w:ind w:leftChars="100" w:left="190" w:firstLineChars="100" w:firstLine="160"/>
              <w:rPr>
                <w:lang w:eastAsia="ja-JP"/>
              </w:rPr>
            </w:pPr>
            <w:r>
              <w:rPr>
                <w:rFonts w:hint="eastAsia"/>
                <w:sz w:val="16"/>
                <w:lang w:eastAsia="ja-JP"/>
              </w:rPr>
              <w:t>・</w:t>
            </w:r>
            <w:r>
              <w:rPr>
                <w:sz w:val="16"/>
                <w:lang w:eastAsia="ja-JP"/>
              </w:rPr>
              <w:t>国、地方公共団体その他の公的支援において、不正受給、交付取消しその他重大な事故を起こしていないこと。</w:t>
            </w:r>
          </w:p>
          <w:p w14:paraId="66D5EEBE" w14:textId="69EE777A" w:rsidR="00DC18B6" w:rsidRDefault="00DC18B6" w:rsidP="00DC18B6">
            <w:pPr>
              <w:ind w:leftChars="100" w:left="190" w:firstLineChars="100" w:firstLine="160"/>
              <w:rPr>
                <w:lang w:eastAsia="ja-JP"/>
              </w:rPr>
            </w:pPr>
            <w:r>
              <w:rPr>
                <w:rFonts w:hint="eastAsia"/>
                <w:sz w:val="16"/>
                <w:lang w:eastAsia="ja-JP"/>
              </w:rPr>
              <w:t>・</w:t>
            </w:r>
            <w:r>
              <w:rPr>
                <w:sz w:val="16"/>
                <w:lang w:eastAsia="ja-JP"/>
              </w:rPr>
              <w:t>同一経費について、他の補助、助成、委託費その他これらに類する資金と重複して受給しないこと。</w:t>
            </w:r>
          </w:p>
          <w:p w14:paraId="3834D201" w14:textId="0F02776C" w:rsidR="00DC18B6" w:rsidRDefault="00DC18B6" w:rsidP="00DC18B6">
            <w:pPr>
              <w:ind w:leftChars="100" w:left="190" w:firstLineChars="100" w:firstLine="160"/>
              <w:rPr>
                <w:lang w:eastAsia="ja-JP"/>
              </w:rPr>
            </w:pPr>
            <w:r>
              <w:rPr>
                <w:rFonts w:hint="eastAsia"/>
                <w:sz w:val="16"/>
                <w:lang w:eastAsia="ja-JP"/>
              </w:rPr>
              <w:t>・</w:t>
            </w:r>
            <w:r>
              <w:rPr>
                <w:sz w:val="16"/>
                <w:lang w:eastAsia="ja-JP"/>
              </w:rPr>
              <w:t>対象事業を法令及び必要な許認可に従い、安全に実施すること。</w:t>
            </w:r>
          </w:p>
          <w:p w14:paraId="5D69482E" w14:textId="447762ED" w:rsidR="00DC18B6" w:rsidRDefault="00DC18B6" w:rsidP="00DC18B6">
            <w:pPr>
              <w:ind w:leftChars="100" w:left="190" w:firstLineChars="100" w:firstLine="160"/>
              <w:rPr>
                <w:lang w:eastAsia="ja-JP"/>
              </w:rPr>
            </w:pPr>
            <w:r>
              <w:rPr>
                <w:rFonts w:hint="eastAsia"/>
                <w:sz w:val="16"/>
                <w:lang w:eastAsia="ja-JP"/>
              </w:rPr>
              <w:t>・</w:t>
            </w:r>
            <w:r>
              <w:rPr>
                <w:sz w:val="16"/>
                <w:lang w:eastAsia="ja-JP"/>
              </w:rPr>
              <w:t>申請内容に変更、中止又は完了遅延が生じる場合、事前又は判明後直ちに事務局へ報告すること。</w:t>
            </w:r>
          </w:p>
          <w:p w14:paraId="2B02E20E" w14:textId="32D19FD3" w:rsidR="00DC18B6" w:rsidRDefault="00DC18B6" w:rsidP="00DC18B6">
            <w:pPr>
              <w:ind w:leftChars="100" w:left="190" w:firstLineChars="100" w:firstLine="160"/>
              <w:rPr>
                <w:sz w:val="16"/>
                <w:lang w:eastAsia="ja-JP"/>
              </w:rPr>
            </w:pPr>
            <w:r>
              <w:rPr>
                <w:rFonts w:hint="eastAsia"/>
                <w:sz w:val="16"/>
                <w:lang w:eastAsia="ja-JP"/>
              </w:rPr>
              <w:t>・</w:t>
            </w:r>
            <w:r>
              <w:rPr>
                <w:sz w:val="16"/>
                <w:lang w:eastAsia="ja-JP"/>
              </w:rPr>
              <w:t>実績報告、証憑提出、帳簿・関係書類の保存、調査、検査及び成果確認に協力すること。</w:t>
            </w:r>
          </w:p>
          <w:p w14:paraId="39EA8622" w14:textId="0055D45D" w:rsidR="00606DF1" w:rsidRDefault="00606DF1" w:rsidP="00606DF1">
            <w:pPr>
              <w:ind w:leftChars="100" w:left="190" w:firstLineChars="100" w:firstLine="160"/>
              <w:rPr>
                <w:rFonts w:hint="eastAsia"/>
                <w:sz w:val="16"/>
                <w:lang w:eastAsia="ja-JP"/>
              </w:rPr>
            </w:pPr>
            <w:r>
              <w:rPr>
                <w:rFonts w:hint="eastAsia"/>
                <w:sz w:val="16"/>
                <w:lang w:eastAsia="ja-JP"/>
              </w:rPr>
              <w:t>・国税・地方税の滞納がないこと。</w:t>
            </w:r>
          </w:p>
          <w:p w14:paraId="0A37C7C9" w14:textId="22C88422" w:rsidR="00606DF1" w:rsidRDefault="00606DF1" w:rsidP="00606DF1">
            <w:pPr>
              <w:ind w:leftChars="100" w:left="190" w:firstLineChars="100" w:firstLine="160"/>
              <w:rPr>
                <w:rFonts w:hint="eastAsia"/>
                <w:sz w:val="16"/>
                <w:lang w:eastAsia="ja-JP"/>
              </w:rPr>
            </w:pPr>
            <w:r>
              <w:rPr>
                <w:rFonts w:hint="eastAsia"/>
                <w:sz w:val="16"/>
                <w:lang w:eastAsia="ja-JP"/>
              </w:rPr>
              <w:t>・</w:t>
            </w:r>
            <w:r>
              <w:rPr>
                <w:rFonts w:hint="eastAsia"/>
                <w:sz w:val="16"/>
                <w:lang w:eastAsia="ja-JP"/>
              </w:rPr>
              <w:t>同一年度内に本制度を重複受給していないこと。</w:t>
            </w:r>
          </w:p>
          <w:p w14:paraId="28A708A8" w14:textId="21119CE6" w:rsidR="00DC18B6" w:rsidRDefault="00DC18B6" w:rsidP="00DC18B6">
            <w:pPr>
              <w:ind w:leftChars="100" w:left="190" w:firstLineChars="100" w:firstLine="160"/>
              <w:rPr>
                <w:lang w:eastAsia="ja-JP"/>
              </w:rPr>
            </w:pPr>
            <w:r>
              <w:rPr>
                <w:rFonts w:hint="eastAsia"/>
                <w:sz w:val="16"/>
                <w:lang w:eastAsia="ja-JP"/>
              </w:rPr>
              <w:t>・</w:t>
            </w:r>
            <w:r>
              <w:rPr>
                <w:sz w:val="16"/>
                <w:lang w:eastAsia="ja-JP"/>
              </w:rPr>
              <w:t>虚偽申請、目的外使用、無断変更その他交付条件違反が判明した場合、採択・交付決定の取消し及び支援金返還に従うこと。</w:t>
            </w:r>
          </w:p>
          <w:p w14:paraId="2B03D925" w14:textId="7D821434" w:rsidR="00DC18B6" w:rsidRDefault="00DC18B6" w:rsidP="00DC18B6">
            <w:pPr>
              <w:ind w:leftChars="100" w:left="190" w:firstLineChars="100" w:firstLine="160"/>
              <w:rPr>
                <w:lang w:eastAsia="ja-JP"/>
              </w:rPr>
            </w:pPr>
            <w:r>
              <w:rPr>
                <w:rFonts w:hint="eastAsia"/>
                <w:sz w:val="16"/>
                <w:lang w:eastAsia="ja-JP"/>
              </w:rPr>
              <w:t>・</w:t>
            </w:r>
            <w:r>
              <w:rPr>
                <w:sz w:val="16"/>
                <w:lang w:eastAsia="ja-JP"/>
              </w:rPr>
              <w:t>本支援金に係る税務、会計及び申告上の取扱いを自らの責任で確認すること。</w:t>
            </w:r>
          </w:p>
          <w:p w14:paraId="4DAE1830" w14:textId="2FF82BF8" w:rsidR="00DC18B6" w:rsidRDefault="00DC18B6" w:rsidP="00DC18B6">
            <w:pPr>
              <w:ind w:leftChars="100" w:left="190" w:firstLineChars="100" w:firstLine="160"/>
              <w:rPr>
                <w:lang w:eastAsia="ja-JP"/>
              </w:rPr>
            </w:pPr>
            <w:r>
              <w:rPr>
                <w:rFonts w:hint="eastAsia"/>
                <w:sz w:val="16"/>
                <w:lang w:eastAsia="ja-JP"/>
              </w:rPr>
              <w:t>・</w:t>
            </w:r>
            <w:r>
              <w:rPr>
                <w:sz w:val="16"/>
                <w:lang w:eastAsia="ja-JP"/>
              </w:rPr>
              <w:t>試作品、成果物、写真、ロゴ等について、第三者の知的財産権、肖像権その他の権利を侵害しないこと。</w:t>
            </w:r>
          </w:p>
          <w:p w14:paraId="494111F8" w14:textId="77777777" w:rsidR="00DC18B6" w:rsidRDefault="00DC18B6" w:rsidP="00DC18B6">
            <w:pPr>
              <w:ind w:leftChars="100" w:left="190" w:firstLineChars="100" w:firstLine="160"/>
              <w:rPr>
                <w:sz w:val="16"/>
                <w:lang w:eastAsia="ja-JP"/>
              </w:rPr>
            </w:pPr>
            <w:r>
              <w:rPr>
                <w:rFonts w:hint="eastAsia"/>
                <w:sz w:val="16"/>
                <w:lang w:eastAsia="ja-JP"/>
              </w:rPr>
              <w:t>・</w:t>
            </w:r>
            <w:r>
              <w:rPr>
                <w:sz w:val="16"/>
                <w:lang w:eastAsia="ja-JP"/>
              </w:rPr>
              <w:t>個人情報が審査、連絡、交付、支払、調査、成果確認、広報、原資提供者への報告等、本制度の運営に必要な範囲で利用されること</w:t>
            </w:r>
          </w:p>
          <w:p w14:paraId="3BEA0309" w14:textId="163D505F" w:rsidR="00DC18B6" w:rsidRPr="00DC18B6" w:rsidRDefault="00DC18B6" w:rsidP="00DC18B6">
            <w:pPr>
              <w:ind w:leftChars="100" w:left="190" w:firstLineChars="200" w:firstLine="320"/>
              <w:rPr>
                <w:lang w:eastAsia="ja-JP"/>
              </w:rPr>
            </w:pPr>
            <w:r>
              <w:rPr>
                <w:sz w:val="16"/>
                <w:lang w:eastAsia="ja-JP"/>
              </w:rPr>
              <w:t>に同意すること。</w:t>
            </w:r>
          </w:p>
        </w:tc>
      </w:tr>
    </w:tbl>
    <w:p w14:paraId="10817AE1" w14:textId="77777777" w:rsidR="00DC18B6" w:rsidRDefault="00DC18B6">
      <w:pPr>
        <w:rPr>
          <w:lang w:eastAsia="ja-JP"/>
        </w:rPr>
      </w:pPr>
    </w:p>
    <w:p w14:paraId="70167507" w14:textId="77777777" w:rsidR="00436E4C" w:rsidRDefault="00F70D31">
      <w:pPr>
        <w:pStyle w:val="1"/>
        <w:rPr>
          <w:lang w:eastAsia="ja-JP"/>
        </w:rPr>
      </w:pPr>
      <w:r>
        <w:rPr>
          <w:lang w:eastAsia="ja-JP"/>
        </w:rPr>
        <w:t>事務局使用欄</w:t>
      </w:r>
      <w:r>
        <w:rPr>
          <w:b w:val="0"/>
          <w:color w:val="5A5A5A"/>
          <w:sz w:val="16"/>
          <w:lang w:eastAsia="ja-JP"/>
        </w:rPr>
        <w:t xml:space="preserve">　申請者は記入しないでください。</w:t>
      </w:r>
    </w:p>
    <w:tbl>
      <w:tblPr>
        <w:tblStyle w:val="af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6974"/>
      </w:tblGrid>
      <w:tr w:rsidR="00436E4C" w14:paraId="773B1C75" w14:textId="77777777">
        <w:trPr>
          <w:cantSplit/>
          <w:jc w:val="center"/>
        </w:trPr>
        <w:tc>
          <w:tcPr>
            <w:tcW w:w="2438" w:type="dxa"/>
            <w:shd w:val="clear" w:color="auto" w:fill="DDED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948C8C" w14:textId="77777777" w:rsidR="00436E4C" w:rsidRDefault="00F70D31">
            <w:proofErr w:type="spellStart"/>
            <w:r>
              <w:rPr>
                <w:b/>
                <w:sz w:val="17"/>
              </w:rPr>
              <w:t>受付番号</w:t>
            </w:r>
            <w:proofErr w:type="spellEnd"/>
          </w:p>
        </w:tc>
        <w:tc>
          <w:tcPr>
            <w:tcW w:w="69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E0AC33" w14:textId="77777777" w:rsidR="00436E4C" w:rsidRDefault="00F70D31">
            <w:r>
              <w:rPr>
                <w:color w:val="5F5F5F"/>
                <w:sz w:val="17"/>
              </w:rPr>
              <w:t>MC-2026-</w:t>
            </w:r>
          </w:p>
        </w:tc>
      </w:tr>
      <w:tr w:rsidR="00436E4C" w14:paraId="5E0CFB90" w14:textId="77777777">
        <w:trPr>
          <w:cantSplit/>
          <w:jc w:val="center"/>
        </w:trPr>
        <w:tc>
          <w:tcPr>
            <w:tcW w:w="2438" w:type="dxa"/>
            <w:shd w:val="clear" w:color="auto" w:fill="DDED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BF9EFA" w14:textId="77777777" w:rsidR="00436E4C" w:rsidRDefault="00F70D31">
            <w:r>
              <w:rPr>
                <w:b/>
                <w:sz w:val="17"/>
              </w:rPr>
              <w:t>受付日</w:t>
            </w:r>
          </w:p>
        </w:tc>
        <w:tc>
          <w:tcPr>
            <w:tcW w:w="69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42BB02" w14:textId="77777777" w:rsidR="00436E4C" w:rsidRDefault="00F70D31">
            <w:r>
              <w:rPr>
                <w:color w:val="5F5F5F"/>
                <w:sz w:val="17"/>
              </w:rPr>
              <w:t>2026年　　月　　日</w:t>
            </w:r>
          </w:p>
        </w:tc>
      </w:tr>
      <w:tr w:rsidR="00436E4C" w14:paraId="7F5A3912" w14:textId="77777777">
        <w:trPr>
          <w:cantSplit/>
          <w:jc w:val="center"/>
        </w:trPr>
        <w:tc>
          <w:tcPr>
            <w:tcW w:w="2438" w:type="dxa"/>
            <w:shd w:val="clear" w:color="auto" w:fill="DDED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1BBA3A" w14:textId="77777777" w:rsidR="00436E4C" w:rsidRDefault="00F70D31">
            <w:r>
              <w:rPr>
                <w:b/>
                <w:sz w:val="17"/>
              </w:rPr>
              <w:t>事前相談</w:t>
            </w:r>
          </w:p>
        </w:tc>
        <w:tc>
          <w:tcPr>
            <w:tcW w:w="69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C400A9" w14:textId="77777777" w:rsidR="00436E4C" w:rsidRDefault="00F70D31">
            <w:r>
              <w:rPr>
                <w:color w:val="5F5F5F"/>
                <w:sz w:val="17"/>
              </w:rPr>
              <w:t>実施日：2026年　　月　　日　担当：</w:t>
            </w:r>
          </w:p>
        </w:tc>
      </w:tr>
      <w:tr w:rsidR="00436E4C" w14:paraId="67D47DCF" w14:textId="77777777">
        <w:trPr>
          <w:cantSplit/>
          <w:jc w:val="center"/>
        </w:trPr>
        <w:tc>
          <w:tcPr>
            <w:tcW w:w="2438" w:type="dxa"/>
            <w:shd w:val="clear" w:color="auto" w:fill="DDED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4C5409" w14:textId="77777777" w:rsidR="00436E4C" w:rsidRDefault="00F70D31">
            <w:r>
              <w:rPr>
                <w:b/>
                <w:sz w:val="17"/>
              </w:rPr>
              <w:t>書類確認</w:t>
            </w:r>
          </w:p>
        </w:tc>
        <w:tc>
          <w:tcPr>
            <w:tcW w:w="69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40B7B5" w14:textId="77777777" w:rsidR="00436E4C" w:rsidRDefault="00F70D31">
            <w:r>
              <w:rPr>
                <w:color w:val="5F5F5F"/>
                <w:sz w:val="17"/>
              </w:rPr>
              <w:t>☐ 完備　☐ 要補正　補正期限：2026年　　月　　日</w:t>
            </w:r>
          </w:p>
        </w:tc>
      </w:tr>
      <w:tr w:rsidR="00436E4C" w14:paraId="275CCB83" w14:textId="77777777">
        <w:trPr>
          <w:cantSplit/>
          <w:jc w:val="center"/>
        </w:trPr>
        <w:tc>
          <w:tcPr>
            <w:tcW w:w="2438" w:type="dxa"/>
            <w:shd w:val="clear" w:color="auto" w:fill="DDED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EB4CFB" w14:textId="77777777" w:rsidR="00436E4C" w:rsidRDefault="00F70D31">
            <w:r>
              <w:rPr>
                <w:b/>
                <w:sz w:val="17"/>
              </w:rPr>
              <w:t>審査結果</w:t>
            </w:r>
          </w:p>
        </w:tc>
        <w:tc>
          <w:tcPr>
            <w:tcW w:w="69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F530C5" w14:textId="77777777" w:rsidR="00436E4C" w:rsidRDefault="00F70D31">
            <w:r>
              <w:rPr>
                <w:color w:val="5F5F5F"/>
                <w:sz w:val="17"/>
              </w:rPr>
              <w:t>☐ 採択　☐ 条件付採択　☐ 不採択</w:t>
            </w:r>
          </w:p>
        </w:tc>
      </w:tr>
      <w:tr w:rsidR="00436E4C" w14:paraId="443E3E16" w14:textId="77777777">
        <w:trPr>
          <w:cantSplit/>
          <w:jc w:val="center"/>
        </w:trPr>
        <w:tc>
          <w:tcPr>
            <w:tcW w:w="2438" w:type="dxa"/>
            <w:shd w:val="clear" w:color="auto" w:fill="DDED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F8212E" w14:textId="77777777" w:rsidR="00436E4C" w:rsidRDefault="00F70D31">
            <w:r>
              <w:rPr>
                <w:b/>
                <w:sz w:val="17"/>
              </w:rPr>
              <w:t>採択条件等</w:t>
            </w:r>
          </w:p>
        </w:tc>
        <w:tc>
          <w:tcPr>
            <w:tcW w:w="69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1DAB38" w14:textId="77777777" w:rsidR="00436E4C" w:rsidRDefault="00F70D31">
            <w:r>
              <w:rPr>
                <w:color w:val="5F5F5F"/>
                <w:sz w:val="17"/>
              </w:rPr>
              <w:br/>
            </w:r>
            <w:r>
              <w:rPr>
                <w:color w:val="5F5F5F"/>
                <w:sz w:val="17"/>
              </w:rPr>
              <w:br/>
            </w:r>
          </w:p>
        </w:tc>
      </w:tr>
      <w:tr w:rsidR="00436E4C" w14:paraId="0D38C160" w14:textId="77777777">
        <w:trPr>
          <w:cantSplit/>
          <w:jc w:val="center"/>
        </w:trPr>
        <w:tc>
          <w:tcPr>
            <w:tcW w:w="2438" w:type="dxa"/>
            <w:shd w:val="clear" w:color="auto" w:fill="DDED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E0BB6B" w14:textId="77777777" w:rsidR="00436E4C" w:rsidRDefault="00F70D31">
            <w:r>
              <w:rPr>
                <w:b/>
                <w:sz w:val="17"/>
              </w:rPr>
              <w:t>交付申請額</w:t>
            </w:r>
          </w:p>
        </w:tc>
        <w:tc>
          <w:tcPr>
            <w:tcW w:w="69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82C127" w14:textId="77777777" w:rsidR="00436E4C" w:rsidRDefault="00F70D31">
            <w:r>
              <w:rPr>
                <w:color w:val="5F5F5F"/>
                <w:sz w:val="17"/>
              </w:rPr>
              <w:t xml:space="preserve">　　　　　　　　　　　　　　円</w:t>
            </w:r>
          </w:p>
        </w:tc>
      </w:tr>
      <w:tr w:rsidR="00436E4C" w14:paraId="5867D1BC" w14:textId="77777777">
        <w:trPr>
          <w:cantSplit/>
          <w:jc w:val="center"/>
        </w:trPr>
        <w:tc>
          <w:tcPr>
            <w:tcW w:w="2438" w:type="dxa"/>
            <w:shd w:val="clear" w:color="auto" w:fill="DDED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5F28EF" w14:textId="77777777" w:rsidR="00436E4C" w:rsidRDefault="00F70D31">
            <w:r>
              <w:rPr>
                <w:b/>
                <w:sz w:val="17"/>
              </w:rPr>
              <w:t>交付決定額</w:t>
            </w:r>
          </w:p>
        </w:tc>
        <w:tc>
          <w:tcPr>
            <w:tcW w:w="69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B24758" w14:textId="77777777" w:rsidR="00436E4C" w:rsidRDefault="00F70D31">
            <w:r>
              <w:rPr>
                <w:color w:val="5F5F5F"/>
                <w:sz w:val="17"/>
              </w:rPr>
              <w:t xml:space="preserve">　　　　　　　　　　　　　　円</w:t>
            </w:r>
          </w:p>
        </w:tc>
      </w:tr>
      <w:tr w:rsidR="00436E4C" w14:paraId="41DA4354" w14:textId="77777777">
        <w:trPr>
          <w:cantSplit/>
          <w:jc w:val="center"/>
        </w:trPr>
        <w:tc>
          <w:tcPr>
            <w:tcW w:w="2438" w:type="dxa"/>
            <w:shd w:val="clear" w:color="auto" w:fill="DDED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E6002D" w14:textId="77777777" w:rsidR="00436E4C" w:rsidRDefault="00F70D31">
            <w:r>
              <w:rPr>
                <w:b/>
                <w:sz w:val="17"/>
              </w:rPr>
              <w:t>交付決定日</w:t>
            </w:r>
          </w:p>
        </w:tc>
        <w:tc>
          <w:tcPr>
            <w:tcW w:w="69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A180E3" w14:textId="77777777" w:rsidR="00436E4C" w:rsidRDefault="00F70D31">
            <w:r>
              <w:rPr>
                <w:color w:val="5F5F5F"/>
                <w:sz w:val="17"/>
              </w:rPr>
              <w:t>2026年　　月　　日</w:t>
            </w:r>
          </w:p>
        </w:tc>
      </w:tr>
      <w:tr w:rsidR="00436E4C" w14:paraId="78173A33" w14:textId="77777777">
        <w:trPr>
          <w:cantSplit/>
          <w:jc w:val="center"/>
        </w:trPr>
        <w:tc>
          <w:tcPr>
            <w:tcW w:w="2438" w:type="dxa"/>
            <w:shd w:val="clear" w:color="auto" w:fill="DDED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55D690" w14:textId="77777777" w:rsidR="00436E4C" w:rsidRDefault="00F70D31">
            <w:r>
              <w:rPr>
                <w:b/>
                <w:sz w:val="17"/>
              </w:rPr>
              <w:lastRenderedPageBreak/>
              <w:t>備考</w:t>
            </w:r>
          </w:p>
        </w:tc>
        <w:tc>
          <w:tcPr>
            <w:tcW w:w="69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15457B" w14:textId="77777777" w:rsidR="00436E4C" w:rsidRDefault="00F70D31">
            <w:r>
              <w:rPr>
                <w:color w:val="5F5F5F"/>
                <w:sz w:val="17"/>
              </w:rPr>
              <w:br/>
            </w:r>
            <w:r>
              <w:rPr>
                <w:color w:val="5F5F5F"/>
                <w:sz w:val="17"/>
              </w:rPr>
              <w:br/>
            </w:r>
            <w:r>
              <w:rPr>
                <w:color w:val="5F5F5F"/>
                <w:sz w:val="17"/>
              </w:rPr>
              <w:br/>
            </w:r>
          </w:p>
        </w:tc>
      </w:tr>
    </w:tbl>
    <w:p w14:paraId="2E20B169" w14:textId="77777777" w:rsidR="00436E4C" w:rsidRDefault="00F70D31">
      <w:pPr>
        <w:pStyle w:val="1"/>
      </w:pPr>
      <w:r>
        <w:t>添付書類チェック</w:t>
      </w:r>
    </w:p>
    <w:p w14:paraId="1B69B677" w14:textId="7EE48075" w:rsidR="00436E4C" w:rsidRPr="002F6C28" w:rsidRDefault="00F70D31" w:rsidP="002F6C28">
      <w:pPr>
        <w:ind w:left="283"/>
        <w:rPr>
          <w:rFonts w:hint="eastAsia"/>
          <w:lang w:eastAsia="ja-JP"/>
        </w:rPr>
      </w:pPr>
      <w:r>
        <w:t>☐ 　本申請書（様式1）</w:t>
      </w:r>
    </w:p>
    <w:p w14:paraId="3193E5C5" w14:textId="66B39582" w:rsidR="00436E4C" w:rsidRPr="002F6C28" w:rsidRDefault="00F70D31" w:rsidP="002F6C28">
      <w:pPr>
        <w:ind w:left="283"/>
        <w:rPr>
          <w:rFonts w:hint="eastAsia"/>
          <w:lang w:eastAsia="ja-JP"/>
        </w:rPr>
      </w:pPr>
      <w:r>
        <w:rPr>
          <w:lang w:eastAsia="ja-JP"/>
        </w:rPr>
        <w:t>☐ 　見積書又は価格根拠資料</w:t>
      </w:r>
    </w:p>
    <w:p w14:paraId="11E2858B" w14:textId="064A716D" w:rsidR="00436E4C" w:rsidRDefault="00F70D31">
      <w:pPr>
        <w:ind w:left="283"/>
        <w:rPr>
          <w:lang w:eastAsia="ja-JP"/>
        </w:rPr>
      </w:pPr>
      <w:r>
        <w:rPr>
          <w:lang w:eastAsia="ja-JP"/>
        </w:rPr>
        <w:t>☐ 　その他追加資料</w:t>
      </w:r>
      <w:r w:rsidR="00BF30A1">
        <w:rPr>
          <w:rFonts w:hint="eastAsia"/>
          <w:lang w:eastAsia="ja-JP"/>
        </w:rPr>
        <w:t>（任意）</w:t>
      </w:r>
    </w:p>
    <w:p w14:paraId="3A29EA35" w14:textId="77777777" w:rsidR="00436E4C" w:rsidRDefault="00F70D31">
      <w:pPr>
        <w:pStyle w:val="1"/>
      </w:pPr>
      <w:proofErr w:type="spellStart"/>
      <w:r>
        <w:t>提出先</w:t>
      </w:r>
      <w:proofErr w:type="spellEnd"/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10190"/>
      </w:tblGrid>
      <w:tr w:rsidR="00436E4C" w14:paraId="37E9E03B" w14:textId="77777777" w:rsidTr="17890E92">
        <w:tc>
          <w:tcPr>
            <w:tcW w:w="10200" w:type="dxa"/>
            <w:shd w:val="clear" w:color="auto" w:fill="F1F6F7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50ABC62" w14:textId="7ECD5EDC" w:rsidR="00436E4C" w:rsidRDefault="17890E92" w:rsidP="17890E92">
            <w:pPr>
              <w:rPr>
                <w:lang w:eastAsia="ja-JP"/>
              </w:rPr>
            </w:pPr>
            <w:r w:rsidRPr="17890E92">
              <w:rPr>
                <w:sz w:val="18"/>
                <w:szCs w:val="18"/>
                <w:lang w:eastAsia="ja-JP"/>
              </w:rPr>
              <w:t>ものコレ試作チャレンジ支援金 事務局 ：株式会社Co-LABO MAKER</w:t>
            </w:r>
            <w:r w:rsidR="003F79C4">
              <w:rPr>
                <w:lang w:eastAsia="ja-JP"/>
              </w:rPr>
              <w:br/>
            </w:r>
            <w:r w:rsidRPr="17890E92">
              <w:rPr>
                <w:sz w:val="18"/>
                <w:szCs w:val="18"/>
                <w:lang w:eastAsia="ja-JP"/>
              </w:rPr>
              <w:t>問い合わせ先：info@co-labo-maker.com</w:t>
            </w:r>
          </w:p>
        </w:tc>
      </w:tr>
    </w:tbl>
    <w:p w14:paraId="224C0F2D" w14:textId="77777777" w:rsidR="00F70D31" w:rsidRDefault="00F70D31">
      <w:pPr>
        <w:rPr>
          <w:lang w:eastAsia="ja-JP"/>
        </w:rPr>
      </w:pPr>
    </w:p>
    <w:sectPr w:rsidR="00F70D31" w:rsidSect="00034616">
      <w:headerReference w:type="default" r:id="rId8"/>
      <w:footerReference w:type="default" r:id="rId9"/>
      <w:pgSz w:w="12240" w:h="15840"/>
      <w:pgMar w:top="964" w:right="1020" w:bottom="907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36685" w14:textId="77777777" w:rsidR="00494902" w:rsidRDefault="00494902">
      <w:pPr>
        <w:spacing w:after="0" w:line="240" w:lineRule="auto"/>
      </w:pPr>
      <w:r>
        <w:separator/>
      </w:r>
    </w:p>
  </w:endnote>
  <w:endnote w:type="continuationSeparator" w:id="0">
    <w:p w14:paraId="5FF2BBE5" w14:textId="77777777" w:rsidR="00494902" w:rsidRDefault="00494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CDB66" w14:textId="77777777" w:rsidR="00436E4C" w:rsidRDefault="00F70D31">
    <w:pPr>
      <w:pStyle w:val="a7"/>
      <w:jc w:val="center"/>
      <w:rPr>
        <w:lang w:eastAsia="ja-JP"/>
      </w:rPr>
    </w:pPr>
    <w:r>
      <w:rPr>
        <w:color w:val="6E6E6E"/>
        <w:sz w:val="15"/>
        <w:lang w:eastAsia="ja-JP"/>
      </w:rPr>
      <w:t>ものコレ試作チャレンジ支援金　交付申請書兼誓約書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5B938" w14:textId="77777777" w:rsidR="00494902" w:rsidRDefault="00494902">
      <w:pPr>
        <w:spacing w:after="0" w:line="240" w:lineRule="auto"/>
      </w:pPr>
      <w:r>
        <w:separator/>
      </w:r>
    </w:p>
  </w:footnote>
  <w:footnote w:type="continuationSeparator" w:id="0">
    <w:p w14:paraId="5807963D" w14:textId="77777777" w:rsidR="00494902" w:rsidRDefault="00494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E1687" w14:textId="77777777" w:rsidR="00436E4C" w:rsidRDefault="00F70D31">
    <w:pPr>
      <w:pStyle w:val="a5"/>
      <w:jc w:val="right"/>
    </w:pPr>
    <w:r>
      <w:rPr>
        <w:b/>
        <w:color w:val="1F6F78"/>
        <w:sz w:val="18"/>
      </w:rPr>
      <w:t>様式1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34D5B6E"/>
    <w:multiLevelType w:val="hybridMultilevel"/>
    <w:tmpl w:val="819814EC"/>
    <w:lvl w:ilvl="0" w:tplc="547A6394">
      <w:start w:val="8"/>
      <w:numFmt w:val="bullet"/>
      <w:lvlText w:val="□"/>
      <w:lvlJc w:val="left"/>
      <w:pPr>
        <w:ind w:left="360" w:hanging="360"/>
      </w:pPr>
      <w:rPr>
        <w:rFonts w:ascii="Yu Gothic" w:eastAsia="Yu Gothic" w:hAnsi="Yu Gothic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43C21A74"/>
    <w:multiLevelType w:val="hybridMultilevel"/>
    <w:tmpl w:val="981E5FBE"/>
    <w:lvl w:ilvl="0" w:tplc="40BE0ED0">
      <w:start w:val="8"/>
      <w:numFmt w:val="bullet"/>
      <w:lvlText w:val="□"/>
      <w:lvlJc w:val="left"/>
      <w:pPr>
        <w:ind w:left="550" w:hanging="360"/>
      </w:pPr>
      <w:rPr>
        <w:rFonts w:ascii="Yu Gothic" w:eastAsia="Yu Gothic" w:hAnsi="Yu Gothic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0" w:hanging="440"/>
      </w:pPr>
      <w:rPr>
        <w:rFonts w:ascii="Wingdings" w:hAnsi="Wingdings" w:hint="default"/>
      </w:rPr>
    </w:lvl>
  </w:abstractNum>
  <w:num w:numId="1" w16cid:durableId="94251500">
    <w:abstractNumId w:val="8"/>
  </w:num>
  <w:num w:numId="2" w16cid:durableId="511334224">
    <w:abstractNumId w:val="6"/>
  </w:num>
  <w:num w:numId="3" w16cid:durableId="1189102072">
    <w:abstractNumId w:val="5"/>
  </w:num>
  <w:num w:numId="4" w16cid:durableId="1527523846">
    <w:abstractNumId w:val="4"/>
  </w:num>
  <w:num w:numId="5" w16cid:durableId="832530991">
    <w:abstractNumId w:val="7"/>
  </w:num>
  <w:num w:numId="6" w16cid:durableId="649865674">
    <w:abstractNumId w:val="3"/>
  </w:num>
  <w:num w:numId="7" w16cid:durableId="673798337">
    <w:abstractNumId w:val="2"/>
  </w:num>
  <w:num w:numId="8" w16cid:durableId="1041707705">
    <w:abstractNumId w:val="1"/>
  </w:num>
  <w:num w:numId="9" w16cid:durableId="1181774747">
    <w:abstractNumId w:val="0"/>
  </w:num>
  <w:num w:numId="10" w16cid:durableId="1070230459">
    <w:abstractNumId w:val="10"/>
  </w:num>
  <w:num w:numId="11" w16cid:durableId="1907270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3567"/>
    <w:rsid w:val="0029639D"/>
    <w:rsid w:val="002F6C28"/>
    <w:rsid w:val="00326F90"/>
    <w:rsid w:val="003B2F50"/>
    <w:rsid w:val="003F79C4"/>
    <w:rsid w:val="00436E4C"/>
    <w:rsid w:val="00494902"/>
    <w:rsid w:val="004B5623"/>
    <w:rsid w:val="0056348F"/>
    <w:rsid w:val="00606DF1"/>
    <w:rsid w:val="00AA1D8D"/>
    <w:rsid w:val="00B47730"/>
    <w:rsid w:val="00BF30A1"/>
    <w:rsid w:val="00CB0664"/>
    <w:rsid w:val="00DC18B6"/>
    <w:rsid w:val="00F2451E"/>
    <w:rsid w:val="00F70D31"/>
    <w:rsid w:val="00FC693F"/>
    <w:rsid w:val="17890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7274A2"/>
  <w14:defaultImageDpi w14:val="300"/>
  <w15:docId w15:val="{14F1486F-D595-46AF-9D0E-8F6FE0389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40" w:line="259" w:lineRule="auto"/>
    </w:pPr>
    <w:rPr>
      <w:rFonts w:ascii="Yu Gothic" w:eastAsia="Yu Gothic" w:hAnsi="Yu Gothic"/>
      <w:sz w:val="19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120" w:after="80"/>
      <w:outlineLvl w:val="0"/>
    </w:pPr>
    <w:rPr>
      <w:rFonts w:asciiTheme="majorHAnsi" w:eastAsiaTheme="majorEastAsia" w:hAnsiTheme="majorHAnsi" w:cstheme="majorBidi"/>
      <w:b/>
      <w:bCs/>
      <w:color w:val="1F6F78"/>
      <w:sz w:val="24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F6F78"/>
      <w:spacing w:val="5"/>
      <w:kern w:val="28"/>
      <w:sz w:val="34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ものコレ試作チャレンジ支援金 交付申請書兼誓約書（様式1）</vt:lpstr>
    </vt:vector>
  </TitlesOfParts>
  <Manager/>
  <Company/>
  <LinksUpToDate>false</LinksUpToDate>
  <CharactersWithSpaces>2617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ものコレ試作チャレンジ支援金 交付申請書兼誓約書（様式1）</dc:title>
  <dc:subject>ものコレ試作チャレンジ支援金 申請様式</dc:subject>
  <dc:creator>柴﨑 勇佑</dc:creator>
  <cp:keywords/>
  <dc:description>generated by python-docx</dc:description>
  <cp:lastModifiedBy>渡邉 敦貴</cp:lastModifiedBy>
  <cp:revision>6</cp:revision>
  <dcterms:created xsi:type="dcterms:W3CDTF">2026-08-26T22:53:00Z</dcterms:created>
  <dcterms:modified xsi:type="dcterms:W3CDTF">2026-08-27T03:52:00Z</dcterms:modified>
  <cp:category/>
</cp:coreProperties>
</file>